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206"/>
      </w:tblGrid>
      <w:tr>
        <w:tc>
          <w:tcPr>
            <w:tcW w:type="dxa" w:w="10091"/>
            <w:shd w:fill="1B1E22"/>
            <w:tcMar>
              <w:top w:w="230" w:type="dxa"/>
              <w:start w:w="320" w:type="dxa"/>
              <w:bottom w:w="230" w:type="dxa"/>
              <w:end w:w="320" w:type="dxa"/>
            </w:tcMar>
            <w:tcBorders>
              <w:bottom w:val="single" w:sz="18" w:color="B79A5B"/>
            </w:tcBorders>
          </w:tcPr>
          <w:p>
            <w:pPr>
              <w:spacing w:before="0" w:after="80" w:line="240" w:lineRule="auto"/>
              <w:jc w:val="left"/>
            </w:pPr>
            <w:r>
              <w:rPr>
                <w:rFonts w:ascii="Inter" w:hAnsi="Inter" w:eastAsia="Inter"/>
                <w:b/>
                <w:i w:val="0"/>
                <w:caps/>
                <w:color w:val="B79A5B"/>
                <w:sz w:val="16"/>
              </w:rPr>
              <w:t>CORRECTION PRÉPARÉE - ALAIN MOUNOUSSAMY</w:t>
            </w:r>
          </w:p>
          <w:p>
            <w:pPr>
              <w:spacing w:before="0" w:after="80" w:line="228" w:lineRule="auto"/>
            </w:pPr>
            <w:r>
              <w:rPr>
                <w:rFonts w:ascii="EB Garamond" w:hAnsi="EB Garamond" w:eastAsia="EB Garamond"/>
                <w:b/>
                <w:i w:val="0"/>
                <w:caps w:val="0"/>
                <w:color w:val="FFFFFF"/>
                <w:sz w:val="50"/>
              </w:rPr>
              <w:t>Fiche de demande de correction éditoriale</w:t>
            </w:r>
          </w:p>
          <w:p>
            <w:pPr>
              <w:spacing w:before="0" w:after="0" w:line="240" w:lineRule="auto"/>
            </w:pPr>
            <w:r>
              <w:rPr>
                <w:rFonts w:ascii="Inter" w:hAnsi="Inter" w:eastAsia="Inter"/>
                <w:b w:val="0"/>
                <w:i w:val="0"/>
                <w:caps w:val="0"/>
                <w:color w:val="D9D6CF"/>
                <w:sz w:val="18"/>
              </w:rPr>
              <w:t>Fiche préremplie pour le dossier Alain Mounoussamy. Une demande est examinée avant toute modification et n'entraîne pas automatiquement une suppression.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102"/>
        <w:gridCol w:w="4989"/>
      </w:tblGrid>
      <w:tr>
        <w:tc>
          <w:tcPr>
            <w:tcW w:type="dxa" w:w="5103"/>
            <w:shd w:fill="F6F2E8"/>
            <w:tcMar>
              <w:top w:w="95" w:type="dxa"/>
              <w:start w:w="150" w:type="dxa"/>
              <w:bottom w:w="95" w:type="dxa"/>
              <w:end w:w="150" w:type="dxa"/>
            </w:tcMar>
            <w:tcBorders>
              <w:bottom w:val="single" w:sz="6" w:color="D8D1C4"/>
            </w:tcBorders>
          </w:tcPr>
          <w:p>
            <w:r>
              <w:rPr>
                <w:rFonts w:ascii="Inter" w:hAnsi="Inter" w:eastAsia="Inter"/>
                <w:b/>
                <w:i w:val="0"/>
                <w:caps/>
                <w:color w:val="8E7440"/>
                <w:sz w:val="16"/>
              </w:rPr>
              <w:t>VERSION 1.1</w:t>
            </w:r>
          </w:p>
        </w:tc>
        <w:tc>
          <w:tcPr>
            <w:tcW w:type="dxa" w:w="5103"/>
            <w:shd w:fill="F6F2E8"/>
            <w:tcMar>
              <w:top w:w="95" w:type="dxa"/>
              <w:start w:w="150" w:type="dxa"/>
              <w:bottom w:w="95" w:type="dxa"/>
              <w:end w:w="150" w:type="dxa"/>
            </w:tcMar>
            <w:tcBorders>
              <w:bottom w:val="single" w:sz="6" w:color="D8D1C4"/>
            </w:tcBorders>
          </w:tcPr>
          <w:p>
            <w:pPr>
              <w:jc w:val="right"/>
            </w:pPr>
            <w:r>
              <w:rPr>
                <w:rFonts w:ascii="Inter" w:hAnsi="Inter" w:eastAsia="Inter"/>
                <w:b/>
                <w:i w:val="0"/>
                <w:caps/>
                <w:color w:val="686D73"/>
                <w:sz w:val="16"/>
              </w:rPr>
              <w:t>MISE À JOUR : 11 juillet 2026</w:t>
            </w:r>
          </w:p>
        </w:tc>
      </w:tr>
    </w:tbl>
    <w:p/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98"/>
        <w:gridCol w:w="9893"/>
      </w:tblGrid>
      <w:tr>
        <w:tc>
          <w:tcPr>
            <w:tcW w:type="dxa" w:w="5103"/>
            <w:shd w:fill="B79A5B"/>
            <w:tcMar>
              <w:top w:w="0" w:type="dxa"/>
              <w:start w:w="0" w:type="dxa"/>
              <w:bottom w:w="0" w:type="dxa"/>
              <w:end w:w="0" w:type="dxa"/>
            </w:tcMar>
          </w:tcPr>
          <w:p/>
        </w:tc>
        <w:tc>
          <w:tcPr>
            <w:tcW w:type="dxa" w:w="5103"/>
            <w:shd w:fill="FBF9F4"/>
            <w:tcMar>
              <w:top w:w="125" w:type="dxa"/>
              <w:start w:w="170" w:type="dxa"/>
              <w:bottom w:w="125" w:type="dxa"/>
              <w:end w:w="170" w:type="dxa"/>
            </w:tcMar>
            <w:tcBorders>
              <w:top w:val="single" w:sz="5" w:color="B79A5B"/>
              <w:bottom w:val="single" w:sz="5" w:color="B79A5B"/>
              <w:right w:val="single" w:sz="5" w:color="B79A5B"/>
            </w:tcBorders>
          </w:tcPr>
          <w:p>
            <w:pPr>
              <w:spacing w:before="0" w:after="60" w:line="240" w:lineRule="auto"/>
            </w:pPr>
            <w:r>
              <w:rPr>
                <w:rFonts w:ascii="Inter" w:hAnsi="Inter" w:eastAsia="Inter"/>
                <w:b/>
                <w:i w:val="0"/>
                <w:caps/>
                <w:color w:val="1B1E22"/>
                <w:sz w:val="16"/>
              </w:rPr>
              <w:t>FINALITÉ DU DOCUMENT</w:t>
            </w:r>
          </w:p>
          <w:p>
            <w:pPr>
              <w:spacing w:before="0" w:after="0" w:line="259" w:lineRule="auto"/>
            </w:pPr>
            <w:r>
              <w:rPr>
                <w:rFonts w:ascii="Inter" w:hAnsi="Inter" w:eastAsia="Inter"/>
                <w:b w:val="0"/>
                <w:i w:val="0"/>
                <w:caps w:val="0"/>
                <w:color w:val="25282D"/>
                <w:sz w:val="17"/>
              </w:rPr>
              <w:t>Cette fiche permet de signaler une erreur factuelle, une source devenue inaccessible, une attribution imprécise ou une information publique nécessitant une mise à jour.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98"/>
        <w:gridCol w:w="9893"/>
      </w:tblGrid>
      <w:tr>
        <w:tc>
          <w:tcPr>
            <w:tcW w:type="dxa" w:w="5103"/>
            <w:shd w:fill="8E7440"/>
            <w:tcMar>
              <w:top w:w="0" w:type="dxa"/>
              <w:start w:w="0" w:type="dxa"/>
              <w:bottom w:w="0" w:type="dxa"/>
              <w:end w:w="0" w:type="dxa"/>
            </w:tcMar>
          </w:tcPr>
          <w:p/>
        </w:tc>
        <w:tc>
          <w:tcPr>
            <w:tcW w:type="dxa" w:w="5103"/>
            <w:shd w:fill="F4EEDC"/>
            <w:tcMar>
              <w:top w:w="125" w:type="dxa"/>
              <w:start w:w="170" w:type="dxa"/>
              <w:bottom w:w="125" w:type="dxa"/>
              <w:end w:w="170" w:type="dxa"/>
            </w:tcMar>
            <w:tcBorders>
              <w:top w:val="single" w:sz="5" w:color="B79A5B"/>
              <w:bottom w:val="single" w:sz="5" w:color="B79A5B"/>
              <w:right w:val="single" w:sz="5" w:color="B79A5B"/>
            </w:tcBorders>
          </w:tcPr>
          <w:p>
            <w:pPr>
              <w:spacing w:before="0" w:after="60" w:line="240" w:lineRule="auto"/>
            </w:pPr>
            <w:r>
              <w:rPr>
                <w:rFonts w:ascii="Inter" w:hAnsi="Inter" w:eastAsia="Inter"/>
                <w:b/>
                <w:i w:val="0"/>
                <w:caps/>
                <w:color w:val="1B1E22"/>
                <w:sz w:val="16"/>
              </w:rPr>
              <w:t>PRINCIPE ÉDITORIAL</w:t>
            </w:r>
          </w:p>
          <w:p>
            <w:pPr>
              <w:spacing w:before="0" w:after="0" w:line="259" w:lineRule="auto"/>
            </w:pPr>
            <w:r>
              <w:rPr>
                <w:rFonts w:ascii="Inter" w:hAnsi="Inter" w:eastAsia="Inter"/>
                <w:b w:val="0"/>
                <w:i w:val="0"/>
                <w:caps w:val="0"/>
                <w:color w:val="25282D"/>
                <w:sz w:val="17"/>
              </w:rPr>
              <w:t>Une demande n'entraîne pas automatiquement une modification ou une suppression. Chaque point est examiné à partir des sources fournies et de la méthodologie de Mémoire 974.</w:t>
            </w:r>
          </w:p>
        </w:tc>
      </w:tr>
    </w:tbl>
    <w:p/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95"/>
        <w:gridCol w:w="9496"/>
      </w:tblGrid>
      <w:tr>
        <w:tc>
          <w:tcPr>
            <w:tcW w:type="dxa" w:w="5103"/>
            <w:shd w:fill="B79A5B"/>
            <w:tcMar>
              <w:top w:w="95" w:type="dxa"/>
              <w:start w:w="60" w:type="dxa"/>
              <w:bottom w:w="95" w:type="dxa"/>
              <w:end w:w="60" w:type="dxa"/>
            </w:tcMar>
          </w:tcPr>
          <w:p>
            <w:pPr>
              <w:jc w:val="center"/>
            </w:pPr>
            <w:r>
              <w:rPr>
                <w:rFonts w:ascii="EB Garamond" w:hAnsi="EB Garamond" w:eastAsia="EB Garamond"/>
                <w:b/>
                <w:i w:val="0"/>
                <w:caps w:val="0"/>
                <w:color w:val="1B1E22"/>
                <w:sz w:val="28"/>
              </w:rPr>
              <w:t>A</w:t>
            </w:r>
          </w:p>
        </w:tc>
        <w:tc>
          <w:tcPr>
            <w:tcW w:type="dxa" w:w="5103"/>
            <w:shd w:fill="1B1E22"/>
            <w:tcMar>
              <w:top w:w="95" w:type="dxa"/>
              <w:start w:w="150" w:type="dxa"/>
              <w:bottom w:w="95" w:type="dxa"/>
              <w:end w:w="150" w:type="dxa"/>
            </w:tcMar>
          </w:tcPr>
          <w:p>
            <w:r>
              <w:rPr>
                <w:rFonts w:ascii="Inter" w:hAnsi="Inter" w:eastAsia="Inter"/>
                <w:b/>
                <w:i w:val="0"/>
                <w:caps/>
                <w:color w:val="FFFFFF"/>
                <w:sz w:val="21"/>
              </w:rPr>
              <w:t>Contact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046"/>
        <w:gridCol w:w="5046"/>
      </w:tblGrid>
      <w:tr>
        <w:trPr>
          <w:cantSplit/>
        </w:trPr>
        <w:tc>
          <w:tcPr>
            <w:tcW w:type="dxa" w:w="5103"/>
            <w:tcBorders>
              <w:top w:val="single" w:sz="5" w:color="D8D1C4"/>
              <w:left w:val="single" w:sz="5" w:color="D8D1C4"/>
              <w:bottom w:val="single" w:sz="5" w:color="D8D1C4"/>
              <w:right w:val="single" w:sz="5" w:color="D8D1C4"/>
              <w:insideH w:val="single" w:sz="5" w:color="D8D1C4"/>
              <w:insideV w:val="single" w:sz="5" w:color="D8D1C4"/>
            </w:tcBorders>
            <w:shd w:fill="FBF9F4"/>
            <w:tcMar>
              <w:top w:w="105" w:type="dxa"/>
              <w:start w:w="130" w:type="dxa"/>
              <w:bottom w:w="105" w:type="dxa"/>
              <w:end w:w="130" w:type="dxa"/>
            </w:tcMar>
          </w:tcPr>
          <w:p>
            <w:pPr>
              <w:spacing w:before="0" w:after="60" w:line="240" w:lineRule="auto"/>
            </w:pPr>
            <w:r>
              <w:rPr>
                <w:rFonts w:ascii="Inter" w:hAnsi="Inter" w:eastAsia="Inter"/>
                <w:b/>
                <w:i w:val="0"/>
                <w:caps/>
                <w:color w:val="8E7440"/>
                <w:sz w:val="15"/>
              </w:rPr>
              <w:t>Nom ou pseudonyme</w:t>
            </w:r>
          </w:p>
          <w:p>
            <w:pPr>
              <w:spacing w:before="0" w:after="0" w:line="240" w:lineRule="auto"/>
            </w:pPr>
            <w:r>
              <w:rPr>
                <w:rFonts w:ascii="Inter" w:hAnsi="Inter" w:eastAsia="Inter"/>
                <w:b w:val="0"/>
                <w:i/>
                <w:caps w:val="0"/>
                <w:color w:val="9A9A96"/>
                <w:sz w:val="17"/>
              </w:rPr>
              <w:t>À compléter</w:t>
            </w:r>
          </w:p>
        </w:tc>
        <w:tc>
          <w:tcPr>
            <w:tcW w:type="dxa" w:w="5103"/>
            <w:tcBorders>
              <w:top w:val="single" w:sz="5" w:color="D8D1C4"/>
              <w:left w:val="single" w:sz="5" w:color="D8D1C4"/>
              <w:bottom w:val="single" w:sz="5" w:color="D8D1C4"/>
              <w:right w:val="single" w:sz="5" w:color="D8D1C4"/>
              <w:insideH w:val="single" w:sz="5" w:color="D8D1C4"/>
              <w:insideV w:val="single" w:sz="5" w:color="D8D1C4"/>
            </w:tcBorders>
            <w:shd w:fill="FBF9F4"/>
            <w:tcMar>
              <w:top w:w="105" w:type="dxa"/>
              <w:start w:w="130" w:type="dxa"/>
              <w:bottom w:w="105" w:type="dxa"/>
              <w:end w:w="130" w:type="dxa"/>
            </w:tcMar>
          </w:tcPr>
          <w:p>
            <w:pPr>
              <w:spacing w:before="0" w:after="60" w:line="240" w:lineRule="auto"/>
            </w:pPr>
            <w:r>
              <w:rPr>
                <w:rFonts w:ascii="Inter" w:hAnsi="Inter" w:eastAsia="Inter"/>
                <w:b/>
                <w:i w:val="0"/>
                <w:caps/>
                <w:color w:val="8E7440"/>
                <w:sz w:val="15"/>
              </w:rPr>
              <w:t>Adresse électronique</w:t>
            </w:r>
          </w:p>
          <w:p>
            <w:pPr>
              <w:spacing w:before="0" w:after="0" w:line="240" w:lineRule="auto"/>
            </w:pPr>
            <w:r>
              <w:rPr>
                <w:rFonts w:ascii="Inter" w:hAnsi="Inter" w:eastAsia="Inter"/>
                <w:b w:val="0"/>
                <w:i/>
                <w:caps w:val="0"/>
                <w:color w:val="9A9A96"/>
                <w:sz w:val="17"/>
              </w:rPr>
              <w:t>À compléter</w:t>
            </w:r>
          </w:p>
        </w:tc>
      </w:tr>
      <w:tr>
        <w:trPr>
          <w:cantSplit/>
        </w:trPr>
        <w:tc>
          <w:tcPr>
            <w:tcW w:type="dxa" w:w="5103"/>
            <w:tcBorders>
              <w:top w:val="single" w:sz="5" w:color="D8D1C4"/>
              <w:left w:val="single" w:sz="5" w:color="D8D1C4"/>
              <w:bottom w:val="single" w:sz="5" w:color="D8D1C4"/>
              <w:right w:val="single" w:sz="5" w:color="D8D1C4"/>
              <w:insideH w:val="single" w:sz="5" w:color="D8D1C4"/>
              <w:insideV w:val="single" w:sz="5" w:color="D8D1C4"/>
            </w:tcBorders>
            <w:shd w:fill="FBF9F4"/>
            <w:tcMar>
              <w:top w:w="105" w:type="dxa"/>
              <w:start w:w="130" w:type="dxa"/>
              <w:bottom w:w="105" w:type="dxa"/>
              <w:end w:w="130" w:type="dxa"/>
            </w:tcMar>
          </w:tcPr>
          <w:p>
            <w:pPr>
              <w:spacing w:before="0" w:after="60" w:line="240" w:lineRule="auto"/>
            </w:pPr>
            <w:r>
              <w:rPr>
                <w:rFonts w:ascii="Inter" w:hAnsi="Inter" w:eastAsia="Inter"/>
                <w:b/>
                <w:i w:val="0"/>
                <w:caps/>
                <w:color w:val="8E7440"/>
                <w:sz w:val="15"/>
              </w:rPr>
              <w:t>Qualité ou lien éventuel avec le dossier</w:t>
            </w:r>
          </w:p>
          <w:p>
            <w:pPr>
              <w:spacing w:before="0" w:after="0" w:line="240" w:lineRule="auto"/>
            </w:pPr>
            <w:r>
              <w:rPr>
                <w:rFonts w:ascii="Inter" w:hAnsi="Inter" w:eastAsia="Inter"/>
                <w:b w:val="0"/>
                <w:i/>
                <w:caps w:val="0"/>
                <w:color w:val="9A9A96"/>
                <w:sz w:val="17"/>
              </w:rPr>
              <w:t>À compléter</w:t>
            </w:r>
          </w:p>
        </w:tc>
        <w:tc>
          <w:tcPr>
            <w:tcW w:type="dxa" w:w="5103"/>
            <w:tcBorders>
              <w:top w:val="single" w:sz="5" w:color="D8D1C4"/>
              <w:left w:val="single" w:sz="5" w:color="D8D1C4"/>
              <w:bottom w:val="single" w:sz="5" w:color="D8D1C4"/>
              <w:right w:val="single" w:sz="5" w:color="D8D1C4"/>
              <w:insideH w:val="single" w:sz="5" w:color="D8D1C4"/>
              <w:insideV w:val="single" w:sz="5" w:color="D8D1C4"/>
            </w:tcBorders>
            <w:shd w:fill="FBF9F4"/>
            <w:tcMar>
              <w:top w:w="105" w:type="dxa"/>
              <w:start w:w="130" w:type="dxa"/>
              <w:bottom w:w="105" w:type="dxa"/>
              <w:end w:w="130" w:type="dxa"/>
            </w:tcMar>
          </w:tcPr>
          <w:p>
            <w:pPr>
              <w:spacing w:before="0" w:after="60" w:line="240" w:lineRule="auto"/>
            </w:pPr>
            <w:r>
              <w:rPr>
                <w:rFonts w:ascii="Inter" w:hAnsi="Inter" w:eastAsia="Inter"/>
                <w:b/>
                <w:i w:val="0"/>
                <w:caps/>
                <w:color w:val="8E7440"/>
                <w:sz w:val="15"/>
              </w:rPr>
              <w:t>Autorisez-vous Mémoire 974 à vous recontacter ?</w:t>
            </w:r>
          </w:p>
          <w:p>
            <w:pPr>
              <w:spacing w:before="0" w:after="0" w:line="240" w:lineRule="auto"/>
            </w:pPr>
            <w:r>
              <w:rPr>
                <w:rFonts w:ascii="Inter" w:hAnsi="Inter" w:eastAsia="Inter"/>
                <w:b w:val="0"/>
                <w:i/>
                <w:caps w:val="0"/>
                <w:color w:val="9A9A96"/>
                <w:sz w:val="17"/>
              </w:rPr>
              <w:t>À compléter</w:t>
            </w: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206"/>
      </w:tblGrid>
      <w:tr>
        <w:tc>
          <w:tcPr>
            <w:tcW w:type="dxa" w:w="10206"/>
            <w:shd w:fill="FBF9F4"/>
            <w:tcMar>
              <w:top w:w="120" w:type="dxa"/>
              <w:start w:w="150" w:type="dxa"/>
              <w:bottom w:w="120" w:type="dxa"/>
              <w:end w:w="150" w:type="dxa"/>
            </w:tcMar>
            <w:tcBorders>
              <w:top w:val="single" w:sz="5" w:color="D8D1C4"/>
              <w:left w:val="single" w:sz="5" w:color="D8D1C4"/>
              <w:bottom w:val="single" w:sz="5" w:color="D8D1C4"/>
              <w:right w:val="single" w:sz="5" w:color="D8D1C4"/>
            </w:tcBorders>
          </w:tcPr>
          <w:p>
            <w:pPr>
              <w:spacing w:before="0" w:after="80" w:line="240" w:lineRule="auto"/>
            </w:pPr>
            <w:r>
              <w:rPr>
                <w:rFonts w:ascii="Inter" w:hAnsi="Inter" w:eastAsia="Inter"/>
                <w:b/>
                <w:i w:val="0"/>
                <w:caps/>
                <w:color w:val="8E7440"/>
                <w:sz w:val="15"/>
              </w:rPr>
              <w:t>AUTORISATION DE RECONTACT</w:t>
            </w:r>
          </w:p>
          <w:tbl>
            <w:tblPr>
              <w:tblW w:type="auto" w:w="0"/>
              <w:jc w:val="left"/>
              <w:tblLayout w:type="fixed"/>
              <w:tblLook w:firstColumn="1" w:firstRow="1" w:lastColumn="0" w:lastRow="0" w:noHBand="0" w:noVBand="1" w:val="04A0"/>
            </w:tblPr>
            <w:tblGrid>
              <w:gridCol w:w="4791"/>
              <w:gridCol w:w="4791"/>
            </w:tblGrid>
            <w:tr>
              <w:trPr>
                <w:cantSplit/>
              </w:trPr>
              <w:tc>
                <w:tcPr>
                  <w:tcW w:type="dxa" w:w="5103"/>
                  <w:tcMar>
                    <w:top w:w="35" w:type="dxa"/>
                    <w:start w:w="20" w:type="dxa"/>
                    <w:bottom w:w="35" w:type="dxa"/>
                    <w:end w:w="70" w:type="dxa"/>
                  </w:tcMar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DejaVu Sans" w:hAnsi="DejaVu Sans" w:eastAsia="DejaVu Sans"/>
                      <w:b w:val="0"/>
                      <w:i w:val="0"/>
                      <w:caps w:val="0"/>
                      <w:color w:val="8E7440"/>
                      <w:sz w:val="20"/>
                    </w:rPr>
                    <w:t xml:space="preserve">☐ </w:t>
                  </w:r>
                  <w:r>
                    <w:rPr>
                      <w:rFonts w:ascii="Inter" w:hAnsi="Inter" w:eastAsia="Inter"/>
                      <w:b w:val="0"/>
                      <w:i w:val="0"/>
                      <w:caps w:val="0"/>
                      <w:color w:val="25282D"/>
                      <w:sz w:val="17"/>
                    </w:rPr>
                    <w:t>Oui</w:t>
                  </w:r>
                </w:p>
              </w:tc>
              <w:tc>
                <w:tcPr>
                  <w:tcW w:type="dxa" w:w="5103"/>
                  <w:tcMar>
                    <w:top w:w="35" w:type="dxa"/>
                    <w:start w:w="20" w:type="dxa"/>
                    <w:bottom w:w="35" w:type="dxa"/>
                    <w:end w:w="70" w:type="dxa"/>
                  </w:tcMar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DejaVu Sans" w:hAnsi="DejaVu Sans" w:eastAsia="DejaVu Sans"/>
                      <w:b w:val="0"/>
                      <w:i w:val="0"/>
                      <w:caps w:val="0"/>
                      <w:color w:val="8E7440"/>
                      <w:sz w:val="20"/>
                    </w:rPr>
                    <w:t xml:space="preserve">☐ </w:t>
                  </w:r>
                  <w:r>
                    <w:rPr>
                      <w:rFonts w:ascii="Inter" w:hAnsi="Inter" w:eastAsia="Inter"/>
                      <w:b w:val="0"/>
                      <w:i w:val="0"/>
                      <w:caps w:val="0"/>
                      <w:color w:val="25282D"/>
                      <w:sz w:val="17"/>
                    </w:rPr>
                    <w:t>Non</w:t>
                  </w:r>
                </w:p>
              </w:tc>
            </w:tr>
          </w:tbl>
          <w:p/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95"/>
        <w:gridCol w:w="9496"/>
      </w:tblGrid>
      <w:tr>
        <w:tc>
          <w:tcPr>
            <w:tcW w:type="dxa" w:w="5103"/>
            <w:shd w:fill="B79A5B"/>
            <w:tcMar>
              <w:top w:w="95" w:type="dxa"/>
              <w:start w:w="60" w:type="dxa"/>
              <w:bottom w:w="95" w:type="dxa"/>
              <w:end w:w="60" w:type="dxa"/>
            </w:tcMar>
          </w:tcPr>
          <w:p>
            <w:pPr>
              <w:jc w:val="center"/>
            </w:pPr>
            <w:r>
              <w:rPr>
                <w:rFonts w:ascii="EB Garamond" w:hAnsi="EB Garamond" w:eastAsia="EB Garamond"/>
                <w:b/>
                <w:i w:val="0"/>
                <w:caps w:val="0"/>
                <w:color w:val="1B1E22"/>
                <w:sz w:val="28"/>
              </w:rPr>
              <w:t>B</w:t>
            </w:r>
          </w:p>
        </w:tc>
        <w:tc>
          <w:tcPr>
            <w:tcW w:type="dxa" w:w="5103"/>
            <w:shd w:fill="1B1E22"/>
            <w:tcMar>
              <w:top w:w="95" w:type="dxa"/>
              <w:start w:w="150" w:type="dxa"/>
              <w:bottom w:w="95" w:type="dxa"/>
              <w:end w:w="150" w:type="dxa"/>
            </w:tcMar>
          </w:tcPr>
          <w:p>
            <w:r>
              <w:rPr>
                <w:rFonts w:ascii="Inter" w:hAnsi="Inter" w:eastAsia="Inter"/>
                <w:b/>
                <w:i w:val="0"/>
                <w:caps/>
                <w:color w:val="FFFFFF"/>
                <w:sz w:val="21"/>
              </w:rPr>
              <w:t>Dossier concerné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046"/>
        <w:gridCol w:w="5046"/>
      </w:tblGrid>
      <w:tr>
        <w:trPr>
          <w:cantSplit/>
        </w:trPr>
        <w:tc>
          <w:tcPr>
            <w:tcW w:type="dxa" w:w="5103"/>
            <w:tcBorders>
              <w:top w:val="single" w:sz="5" w:color="D8D1C4"/>
              <w:left w:val="single" w:sz="5" w:color="D8D1C4"/>
              <w:bottom w:val="single" w:sz="5" w:color="D8D1C4"/>
              <w:right w:val="single" w:sz="5" w:color="D8D1C4"/>
              <w:insideH w:val="single" w:sz="5" w:color="D8D1C4"/>
              <w:insideV w:val="single" w:sz="5" w:color="D8D1C4"/>
            </w:tcBorders>
            <w:shd w:fill="FBF9F4"/>
            <w:tcMar>
              <w:top w:w="105" w:type="dxa"/>
              <w:start w:w="130" w:type="dxa"/>
              <w:bottom w:w="105" w:type="dxa"/>
              <w:end w:w="130" w:type="dxa"/>
            </w:tcMar>
          </w:tcPr>
          <w:p>
            <w:pPr>
              <w:spacing w:before="0" w:after="60" w:line="240" w:lineRule="auto"/>
            </w:pPr>
            <w:r>
              <w:rPr>
                <w:rFonts w:ascii="Inter" w:hAnsi="Inter" w:eastAsia="Inter"/>
                <w:b/>
                <w:i w:val="0"/>
                <w:caps/>
                <w:color w:val="8E7440"/>
                <w:sz w:val="15"/>
              </w:rPr>
              <w:t>Nom du dossier</w:t>
            </w:r>
          </w:p>
          <w:p>
            <w:pPr>
              <w:spacing w:before="0" w:after="0" w:line="240" w:lineRule="auto"/>
            </w:pPr>
            <w:r>
              <w:rPr>
                <w:rFonts w:ascii="Inter" w:hAnsi="Inter" w:eastAsia="Inter"/>
                <w:b/>
                <w:i w:val="0"/>
                <w:caps w:val="0"/>
                <w:color w:val="1B1E22"/>
                <w:sz w:val="18"/>
              </w:rPr>
              <w:t>Alain Mounoussamy</w:t>
            </w:r>
          </w:p>
        </w:tc>
        <w:tc>
          <w:tcPr>
            <w:tcW w:type="dxa" w:w="5103"/>
            <w:tcBorders>
              <w:top w:val="single" w:sz="5" w:color="D8D1C4"/>
              <w:left w:val="single" w:sz="5" w:color="D8D1C4"/>
              <w:bottom w:val="single" w:sz="5" w:color="D8D1C4"/>
              <w:right w:val="single" w:sz="5" w:color="D8D1C4"/>
              <w:insideH w:val="single" w:sz="5" w:color="D8D1C4"/>
              <w:insideV w:val="single" w:sz="5" w:color="D8D1C4"/>
            </w:tcBorders>
            <w:shd w:fill="FBF9F4"/>
            <w:tcMar>
              <w:top w:w="105" w:type="dxa"/>
              <w:start w:w="130" w:type="dxa"/>
              <w:bottom w:w="105" w:type="dxa"/>
              <w:end w:w="130" w:type="dxa"/>
            </w:tcMar>
          </w:tcPr>
          <w:p>
            <w:pPr>
              <w:spacing w:before="0" w:after="60" w:line="240" w:lineRule="auto"/>
            </w:pPr>
            <w:r>
              <w:rPr>
                <w:rFonts w:ascii="Inter" w:hAnsi="Inter" w:eastAsia="Inter"/>
                <w:b/>
                <w:i w:val="0"/>
                <w:caps/>
                <w:color w:val="8E7440"/>
                <w:sz w:val="15"/>
              </w:rPr>
              <w:t>Date de consultation</w:t>
            </w:r>
          </w:p>
          <w:p>
            <w:pPr>
              <w:spacing w:before="0" w:after="0" w:line="240" w:lineRule="auto"/>
            </w:pPr>
            <w:r>
              <w:rPr>
                <w:rFonts w:ascii="Inter" w:hAnsi="Inter" w:eastAsia="Inter"/>
                <w:b w:val="0"/>
                <w:i/>
                <w:caps w:val="0"/>
                <w:color w:val="9A9A96"/>
                <w:sz w:val="17"/>
              </w:rPr>
              <w:t>À compléter</w:t>
            </w: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206"/>
      </w:tblGrid>
      <w:tr>
        <w:tc>
          <w:tcPr>
            <w:tcW w:type="dxa" w:w="10206"/>
            <w:shd w:fill="FBF9F4"/>
            <w:tcMar>
              <w:top w:w="110" w:type="dxa"/>
              <w:start w:w="140" w:type="dxa"/>
              <w:bottom w:w="110" w:type="dxa"/>
              <w:end w:w="140" w:type="dxa"/>
            </w:tcMar>
            <w:tcBorders>
              <w:top w:val="single" w:sz="5" w:color="D8D1C4"/>
              <w:left w:val="single" w:sz="5" w:color="D8D1C4"/>
              <w:bottom w:val="single" w:sz="5" w:color="D8D1C4"/>
              <w:right w:val="single" w:sz="5" w:color="D8D1C4"/>
            </w:tcBorders>
          </w:tcPr>
          <w:p>
            <w:pPr>
              <w:spacing w:before="0" w:after="60" w:line="240" w:lineRule="auto"/>
            </w:pPr>
            <w:r>
              <w:rPr>
                <w:rFonts w:ascii="Inter" w:hAnsi="Inter" w:eastAsia="Inter"/>
                <w:b/>
                <w:i w:val="0"/>
                <w:caps/>
                <w:color w:val="8E7440"/>
                <w:sz w:val="15"/>
              </w:rPr>
              <w:t>URL de la page</w:t>
            </w:r>
          </w:p>
          <w:p>
            <w:pPr>
              <w:spacing w:before="0" w:after="0" w:line="240" w:lineRule="auto"/>
            </w:pPr>
            <w:r>
              <w:rPr>
                <w:rFonts w:ascii="Inter" w:hAnsi="Inter" w:eastAsia="Inter"/>
                <w:b/>
                <w:i w:val="0"/>
                <w:caps w:val="0"/>
                <w:color w:val="1B1E22"/>
                <w:sz w:val="18"/>
              </w:rPr>
              <w:t>https://memoire-974.pages.dev/dossiers/alain-mounoussamy.html</w:t>
            </w: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206"/>
      </w:tblGrid>
      <w:tr>
        <w:tc>
          <w:tcPr>
            <w:tcW w:type="dxa" w:w="10206"/>
            <w:shd w:fill="FBF9F4"/>
            <w:tcMar>
              <w:top w:w="110" w:type="dxa"/>
              <w:start w:w="140" w:type="dxa"/>
              <w:bottom w:w="110" w:type="dxa"/>
              <w:end w:w="140" w:type="dxa"/>
            </w:tcMar>
            <w:tcBorders>
              <w:top w:val="single" w:sz="5" w:color="D8D1C4"/>
              <w:left w:val="single" w:sz="5" w:color="D8D1C4"/>
              <w:bottom w:val="single" w:sz="5" w:color="D8D1C4"/>
              <w:right w:val="single" w:sz="5" w:color="D8D1C4"/>
            </w:tcBorders>
          </w:tcPr>
          <w:p>
            <w:pPr>
              <w:spacing w:before="0" w:after="60" w:line="240" w:lineRule="auto"/>
            </w:pPr>
            <w:r>
              <w:rPr>
                <w:rFonts w:ascii="Inter" w:hAnsi="Inter" w:eastAsia="Inter"/>
                <w:b/>
                <w:i w:val="0"/>
                <w:caps/>
                <w:color w:val="8E7440"/>
                <w:sz w:val="15"/>
              </w:rPr>
              <w:t>Section concernée</w:t>
            </w:r>
          </w:p>
          <w:p>
            <w:pPr>
              <w:spacing w:before="0" w:after="0" w:line="240" w:lineRule="auto"/>
            </w:pPr>
            <w:r>
              <w:rPr>
                <w:rFonts w:ascii="Inter" w:hAnsi="Inter" w:eastAsia="Inter"/>
                <w:b w:val="0"/>
                <w:i/>
                <w:caps w:val="0"/>
                <w:color w:val="9A9A96"/>
                <w:sz w:val="17"/>
              </w:rPr>
              <w:t>À compléter</w:t>
            </w:r>
          </w:p>
        </w:tc>
      </w:tr>
    </w:tbl>
    <w:p>
      <w:r>
        <w:br w:type="page"/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95"/>
        <w:gridCol w:w="9496"/>
      </w:tblGrid>
      <w:tr>
        <w:tc>
          <w:tcPr>
            <w:tcW w:type="dxa" w:w="5103"/>
            <w:shd w:fill="B79A5B"/>
            <w:tcMar>
              <w:top w:w="95" w:type="dxa"/>
              <w:start w:w="60" w:type="dxa"/>
              <w:bottom w:w="95" w:type="dxa"/>
              <w:end w:w="60" w:type="dxa"/>
            </w:tcMar>
          </w:tcPr>
          <w:p>
            <w:pPr>
              <w:jc w:val="center"/>
            </w:pPr>
            <w:r>
              <w:rPr>
                <w:rFonts w:ascii="EB Garamond" w:hAnsi="EB Garamond" w:eastAsia="EB Garamond"/>
                <w:b/>
                <w:i w:val="0"/>
                <w:caps w:val="0"/>
                <w:color w:val="1B1E22"/>
                <w:sz w:val="28"/>
              </w:rPr>
              <w:t>C</w:t>
            </w:r>
          </w:p>
        </w:tc>
        <w:tc>
          <w:tcPr>
            <w:tcW w:type="dxa" w:w="5103"/>
            <w:shd w:fill="1B1E22"/>
            <w:tcMar>
              <w:top w:w="95" w:type="dxa"/>
              <w:start w:w="150" w:type="dxa"/>
              <w:bottom w:w="95" w:type="dxa"/>
              <w:end w:w="150" w:type="dxa"/>
            </w:tcMar>
          </w:tcPr>
          <w:p>
            <w:r>
              <w:rPr>
                <w:rFonts w:ascii="Inter" w:hAnsi="Inter" w:eastAsia="Inter"/>
                <w:b/>
                <w:i w:val="0"/>
                <w:caps/>
                <w:color w:val="FFFFFF"/>
                <w:sz w:val="21"/>
              </w:rPr>
              <w:t>Nature de la demande</w:t>
            </w:r>
          </w:p>
          <w:p>
            <w:pPr>
              <w:spacing w:before="0" w:after="0" w:line="240" w:lineRule="auto"/>
            </w:pPr>
            <w:r>
              <w:rPr>
                <w:rFonts w:ascii="Inter" w:hAnsi="Inter" w:eastAsia="Inter"/>
                <w:b w:val="0"/>
                <w:i w:val="0"/>
                <w:caps w:val="0"/>
                <w:color w:val="D9D6CF"/>
                <w:sz w:val="15"/>
              </w:rPr>
              <w:t>Cochez une ou plusieurs catégories.</w:t>
            </w: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206"/>
      </w:tblGrid>
      <w:tr>
        <w:tc>
          <w:tcPr>
            <w:tcW w:type="dxa" w:w="10206"/>
            <w:shd w:fill="FBF9F4"/>
            <w:tcMar>
              <w:top w:w="120" w:type="dxa"/>
              <w:start w:w="150" w:type="dxa"/>
              <w:bottom w:w="120" w:type="dxa"/>
              <w:end w:w="150" w:type="dxa"/>
            </w:tcMar>
            <w:tcBorders>
              <w:top w:val="single" w:sz="5" w:color="D8D1C4"/>
              <w:left w:val="single" w:sz="5" w:color="D8D1C4"/>
              <w:bottom w:val="single" w:sz="5" w:color="D8D1C4"/>
              <w:right w:val="single" w:sz="5" w:color="D8D1C4"/>
            </w:tcBorders>
          </w:tcPr>
          <w:p>
            <w:pPr>
              <w:spacing w:before="0" w:after="80" w:line="240" w:lineRule="auto"/>
            </w:pPr>
            <w:r>
              <w:rPr>
                <w:rFonts w:ascii="Inter" w:hAnsi="Inter" w:eastAsia="Inter"/>
                <w:b/>
                <w:i w:val="0"/>
                <w:caps/>
                <w:color w:val="8E7440"/>
                <w:sz w:val="15"/>
              </w:rPr>
              <w:t>MOTIFS POSSIBLES</w:t>
            </w:r>
          </w:p>
          <w:tbl>
            <w:tblPr>
              <w:tblW w:type="auto" w:w="0"/>
              <w:jc w:val="left"/>
              <w:tblLayout w:type="fixed"/>
              <w:tblLook w:firstColumn="1" w:firstRow="1" w:lastColumn="0" w:lastRow="0" w:noHBand="0" w:noVBand="1" w:val="04A0"/>
            </w:tblPr>
            <w:tblGrid>
              <w:gridCol w:w="4791"/>
              <w:gridCol w:w="4791"/>
            </w:tblGrid>
            <w:tr>
              <w:trPr>
                <w:cantSplit/>
              </w:trPr>
              <w:tc>
                <w:tcPr>
                  <w:tcW w:type="dxa" w:w="5103"/>
                  <w:tcMar>
                    <w:top w:w="35" w:type="dxa"/>
                    <w:start w:w="20" w:type="dxa"/>
                    <w:bottom w:w="35" w:type="dxa"/>
                    <w:end w:w="70" w:type="dxa"/>
                  </w:tcMar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DejaVu Sans" w:hAnsi="DejaVu Sans" w:eastAsia="DejaVu Sans"/>
                      <w:b w:val="0"/>
                      <w:i w:val="0"/>
                      <w:caps w:val="0"/>
                      <w:color w:val="8E7440"/>
                      <w:sz w:val="20"/>
                    </w:rPr>
                    <w:t xml:space="preserve">☐ </w:t>
                  </w:r>
                  <w:r>
                    <w:rPr>
                      <w:rFonts w:ascii="Inter" w:hAnsi="Inter" w:eastAsia="Inter"/>
                      <w:b w:val="0"/>
                      <w:i w:val="0"/>
                      <w:caps w:val="0"/>
                      <w:color w:val="25282D"/>
                      <w:sz w:val="17"/>
                    </w:rPr>
                    <w:t>Erreur de nom</w:t>
                  </w:r>
                </w:p>
              </w:tc>
              <w:tc>
                <w:tcPr>
                  <w:tcW w:type="dxa" w:w="5103"/>
                  <w:tcMar>
                    <w:top w:w="35" w:type="dxa"/>
                    <w:start w:w="20" w:type="dxa"/>
                    <w:bottom w:w="35" w:type="dxa"/>
                    <w:end w:w="70" w:type="dxa"/>
                  </w:tcMar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DejaVu Sans" w:hAnsi="DejaVu Sans" w:eastAsia="DejaVu Sans"/>
                      <w:b w:val="0"/>
                      <w:i w:val="0"/>
                      <w:caps w:val="0"/>
                      <w:color w:val="8E7440"/>
                      <w:sz w:val="20"/>
                    </w:rPr>
                    <w:t xml:space="preserve">☐ </w:t>
                  </w:r>
                  <w:r>
                    <w:rPr>
                      <w:rFonts w:ascii="Inter" w:hAnsi="Inter" w:eastAsia="Inter"/>
                      <w:b w:val="0"/>
                      <w:i w:val="0"/>
                      <w:caps w:val="0"/>
                      <w:color w:val="25282D"/>
                      <w:sz w:val="17"/>
                    </w:rPr>
                    <w:t>Erreur de date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5103"/>
                  <w:tcMar>
                    <w:top w:w="35" w:type="dxa"/>
                    <w:start w:w="20" w:type="dxa"/>
                    <w:bottom w:w="35" w:type="dxa"/>
                    <w:end w:w="70" w:type="dxa"/>
                  </w:tcMar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DejaVu Sans" w:hAnsi="DejaVu Sans" w:eastAsia="DejaVu Sans"/>
                      <w:b w:val="0"/>
                      <w:i w:val="0"/>
                      <w:caps w:val="0"/>
                      <w:color w:val="8E7440"/>
                      <w:sz w:val="20"/>
                    </w:rPr>
                    <w:t xml:space="preserve">☐ </w:t>
                  </w:r>
                  <w:r>
                    <w:rPr>
                      <w:rFonts w:ascii="Inter" w:hAnsi="Inter" w:eastAsia="Inter"/>
                      <w:b w:val="0"/>
                      <w:i w:val="0"/>
                      <w:caps w:val="0"/>
                      <w:color w:val="25282D"/>
                      <w:sz w:val="17"/>
                    </w:rPr>
                    <w:t>Erreur de lieu</w:t>
                  </w:r>
                </w:p>
              </w:tc>
              <w:tc>
                <w:tcPr>
                  <w:tcW w:type="dxa" w:w="5103"/>
                  <w:tcMar>
                    <w:top w:w="35" w:type="dxa"/>
                    <w:start w:w="20" w:type="dxa"/>
                    <w:bottom w:w="35" w:type="dxa"/>
                    <w:end w:w="70" w:type="dxa"/>
                  </w:tcMar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DejaVu Sans" w:hAnsi="DejaVu Sans" w:eastAsia="DejaVu Sans"/>
                      <w:b w:val="0"/>
                      <w:i w:val="0"/>
                      <w:caps w:val="0"/>
                      <w:color w:val="8E7440"/>
                      <w:sz w:val="20"/>
                    </w:rPr>
                    <w:t xml:space="preserve">☐ </w:t>
                  </w:r>
                  <w:r>
                    <w:rPr>
                      <w:rFonts w:ascii="Inter" w:hAnsi="Inter" w:eastAsia="Inter"/>
                      <w:b w:val="0"/>
                      <w:i w:val="0"/>
                      <w:caps w:val="0"/>
                      <w:color w:val="25282D"/>
                      <w:sz w:val="17"/>
                    </w:rPr>
                    <w:t>Source inaccessible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5103"/>
                  <w:tcMar>
                    <w:top w:w="35" w:type="dxa"/>
                    <w:start w:w="20" w:type="dxa"/>
                    <w:bottom w:w="35" w:type="dxa"/>
                    <w:end w:w="70" w:type="dxa"/>
                  </w:tcMar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DejaVu Sans" w:hAnsi="DejaVu Sans" w:eastAsia="DejaVu Sans"/>
                      <w:b w:val="0"/>
                      <w:i w:val="0"/>
                      <w:caps w:val="0"/>
                      <w:color w:val="8E7440"/>
                      <w:sz w:val="20"/>
                    </w:rPr>
                    <w:t xml:space="preserve">☐ </w:t>
                  </w:r>
                  <w:r>
                    <w:rPr>
                      <w:rFonts w:ascii="Inter" w:hAnsi="Inter" w:eastAsia="Inter"/>
                      <w:b w:val="0"/>
                      <w:i w:val="0"/>
                      <w:caps w:val="0"/>
                      <w:color w:val="25282D"/>
                      <w:sz w:val="17"/>
                    </w:rPr>
                    <w:t>Information devenue obsolète</w:t>
                  </w:r>
                </w:p>
              </w:tc>
              <w:tc>
                <w:tcPr>
                  <w:tcW w:type="dxa" w:w="5103"/>
                  <w:tcMar>
                    <w:top w:w="35" w:type="dxa"/>
                    <w:start w:w="20" w:type="dxa"/>
                    <w:bottom w:w="35" w:type="dxa"/>
                    <w:end w:w="70" w:type="dxa"/>
                  </w:tcMar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DejaVu Sans" w:hAnsi="DejaVu Sans" w:eastAsia="DejaVu Sans"/>
                      <w:b w:val="0"/>
                      <w:i w:val="0"/>
                      <w:caps w:val="0"/>
                      <w:color w:val="8E7440"/>
                      <w:sz w:val="20"/>
                    </w:rPr>
                    <w:t xml:space="preserve">☐ </w:t>
                  </w:r>
                  <w:r>
                    <w:rPr>
                      <w:rFonts w:ascii="Inter" w:hAnsi="Inter" w:eastAsia="Inter"/>
                      <w:b w:val="0"/>
                      <w:i w:val="0"/>
                      <w:caps w:val="0"/>
                      <w:color w:val="25282D"/>
                      <w:sz w:val="17"/>
                    </w:rPr>
                    <w:t>Formulation ambiguë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5103"/>
                  <w:tcMar>
                    <w:top w:w="35" w:type="dxa"/>
                    <w:start w:w="20" w:type="dxa"/>
                    <w:bottom w:w="35" w:type="dxa"/>
                    <w:end w:w="70" w:type="dxa"/>
                  </w:tcMar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DejaVu Sans" w:hAnsi="DejaVu Sans" w:eastAsia="DejaVu Sans"/>
                      <w:b w:val="0"/>
                      <w:i w:val="0"/>
                      <w:caps w:val="0"/>
                      <w:color w:val="8E7440"/>
                      <w:sz w:val="20"/>
                    </w:rPr>
                    <w:t xml:space="preserve">☐ </w:t>
                  </w:r>
                  <w:r>
                    <w:rPr>
                      <w:rFonts w:ascii="Inter" w:hAnsi="Inter" w:eastAsia="Inter"/>
                      <w:b w:val="0"/>
                      <w:i w:val="0"/>
                      <w:caps w:val="0"/>
                      <w:color w:val="25282D"/>
                      <w:sz w:val="17"/>
                    </w:rPr>
                    <w:t>Information insuffisamment attribuée</w:t>
                  </w:r>
                </w:p>
              </w:tc>
              <w:tc>
                <w:tcPr>
                  <w:tcW w:type="dxa" w:w="5103"/>
                  <w:tcMar>
                    <w:top w:w="35" w:type="dxa"/>
                    <w:start w:w="20" w:type="dxa"/>
                    <w:bottom w:w="35" w:type="dxa"/>
                    <w:end w:w="70" w:type="dxa"/>
                  </w:tcMar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DejaVu Sans" w:hAnsi="DejaVu Sans" w:eastAsia="DejaVu Sans"/>
                      <w:b w:val="0"/>
                      <w:i w:val="0"/>
                      <w:caps w:val="0"/>
                      <w:color w:val="8E7440"/>
                      <w:sz w:val="20"/>
                    </w:rPr>
                    <w:t xml:space="preserve">☐ </w:t>
                  </w:r>
                  <w:r>
                    <w:rPr>
                      <w:rFonts w:ascii="Inter" w:hAnsi="Inter" w:eastAsia="Inter"/>
                      <w:b w:val="0"/>
                      <w:i w:val="0"/>
                      <w:caps w:val="0"/>
                      <w:color w:val="25282D"/>
                      <w:sz w:val="17"/>
                    </w:rPr>
                    <w:t>Demande de précision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5103"/>
                  <w:tcMar>
                    <w:top w:w="35" w:type="dxa"/>
                    <w:start w:w="20" w:type="dxa"/>
                    <w:bottom w:w="35" w:type="dxa"/>
                    <w:end w:w="70" w:type="dxa"/>
                  </w:tcMar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DejaVu Sans" w:hAnsi="DejaVu Sans" w:eastAsia="DejaVu Sans"/>
                      <w:b w:val="0"/>
                      <w:i w:val="0"/>
                      <w:caps w:val="0"/>
                      <w:color w:val="8E7440"/>
                      <w:sz w:val="20"/>
                    </w:rPr>
                    <w:t xml:space="preserve">☐ </w:t>
                  </w:r>
                  <w:r>
                    <w:rPr>
                      <w:rFonts w:ascii="Inter" w:hAnsi="Inter" w:eastAsia="Inter"/>
                      <w:b w:val="0"/>
                      <w:i w:val="0"/>
                      <w:caps w:val="0"/>
                      <w:color w:val="25282D"/>
                      <w:sz w:val="17"/>
                    </w:rPr>
                    <w:t>Déclaration mal attribuée</w:t>
                  </w:r>
                </w:p>
              </w:tc>
              <w:tc>
                <w:tcPr>
                  <w:tcW w:type="dxa" w:w="5103"/>
                  <w:tcMar>
                    <w:top w:w="35" w:type="dxa"/>
                    <w:start w:w="20" w:type="dxa"/>
                    <w:bottom w:w="35" w:type="dxa"/>
                    <w:end w:w="70" w:type="dxa"/>
                  </w:tcMar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DejaVu Sans" w:hAnsi="DejaVu Sans" w:eastAsia="DejaVu Sans"/>
                      <w:b w:val="0"/>
                      <w:i w:val="0"/>
                      <w:caps w:val="0"/>
                      <w:color w:val="8E7440"/>
                      <w:sz w:val="20"/>
                    </w:rPr>
                    <w:t xml:space="preserve">☐ </w:t>
                  </w:r>
                  <w:r>
                    <w:rPr>
                      <w:rFonts w:ascii="Inter" w:hAnsi="Inter" w:eastAsia="Inter"/>
                      <w:b w:val="0"/>
                      <w:i w:val="0"/>
                      <w:caps w:val="0"/>
                      <w:color w:val="25282D"/>
                      <w:sz w:val="17"/>
                    </w:rPr>
                    <w:t>Hypothèse présentée de manière trop affirmative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5103"/>
                  <w:tcMar>
                    <w:top w:w="35" w:type="dxa"/>
                    <w:start w:w="20" w:type="dxa"/>
                    <w:bottom w:w="35" w:type="dxa"/>
                    <w:end w:w="70" w:type="dxa"/>
                  </w:tcMar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DejaVu Sans" w:hAnsi="DejaVu Sans" w:eastAsia="DejaVu Sans"/>
                      <w:b w:val="0"/>
                      <w:i w:val="0"/>
                      <w:caps w:val="0"/>
                      <w:color w:val="8E7440"/>
                      <w:sz w:val="20"/>
                    </w:rPr>
                    <w:t xml:space="preserve">☐ </w:t>
                  </w:r>
                  <w:r>
                    <w:rPr>
                      <w:rFonts w:ascii="Inter" w:hAnsi="Inter" w:eastAsia="Inter"/>
                      <w:b w:val="0"/>
                      <w:i w:val="0"/>
                      <w:caps w:val="0"/>
                      <w:color w:val="25282D"/>
                      <w:sz w:val="17"/>
                    </w:rPr>
                    <w:t>Source insuffisante</w:t>
                  </w:r>
                </w:p>
              </w:tc>
              <w:tc>
                <w:tcPr>
                  <w:tcW w:type="dxa" w:w="5103"/>
                  <w:tcMar>
                    <w:top w:w="35" w:type="dxa"/>
                    <w:start w:w="20" w:type="dxa"/>
                    <w:bottom w:w="35" w:type="dxa"/>
                    <w:end w:w="70" w:type="dxa"/>
                  </w:tcMar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DejaVu Sans" w:hAnsi="DejaVu Sans" w:eastAsia="DejaVu Sans"/>
                      <w:b w:val="0"/>
                      <w:i w:val="0"/>
                      <w:caps w:val="0"/>
                      <w:color w:val="8E7440"/>
                      <w:sz w:val="20"/>
                    </w:rPr>
                    <w:t xml:space="preserve">☐ </w:t>
                  </w:r>
                  <w:r>
                    <w:rPr>
                      <w:rFonts w:ascii="Inter" w:hAnsi="Inter" w:eastAsia="Inter"/>
                      <w:b w:val="0"/>
                      <w:i w:val="0"/>
                      <w:caps w:val="0"/>
                      <w:color w:val="25282D"/>
                      <w:sz w:val="17"/>
                    </w:rPr>
                    <w:t>Question ouverte devenue documentée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5103"/>
                  <w:tcMar>
                    <w:top w:w="35" w:type="dxa"/>
                    <w:start w:w="20" w:type="dxa"/>
                    <w:bottom w:w="35" w:type="dxa"/>
                    <w:end w:w="70" w:type="dxa"/>
                  </w:tcMar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DejaVu Sans" w:hAnsi="DejaVu Sans" w:eastAsia="DejaVu Sans"/>
                      <w:b w:val="0"/>
                      <w:i w:val="0"/>
                      <w:caps w:val="0"/>
                      <w:color w:val="8E7440"/>
                      <w:sz w:val="20"/>
                    </w:rPr>
                    <w:t xml:space="preserve">☐ </w:t>
                  </w:r>
                  <w:r>
                    <w:rPr>
                      <w:rFonts w:ascii="Inter" w:hAnsi="Inter" w:eastAsia="Inter"/>
                      <w:b w:val="0"/>
                      <w:i w:val="0"/>
                      <w:caps w:val="0"/>
                      <w:color w:val="25282D"/>
                      <w:sz w:val="17"/>
                    </w:rPr>
                    <w:t>Élément publiquement discuté à retirer</w:t>
                  </w:r>
                </w:p>
              </w:tc>
              <w:tc>
                <w:tcPr>
                  <w:tcW w:type="dxa" w:w="5103"/>
                  <w:tcMar>
                    <w:top w:w="35" w:type="dxa"/>
                    <w:start w:w="20" w:type="dxa"/>
                    <w:bottom w:w="35" w:type="dxa"/>
                    <w:end w:w="70" w:type="dxa"/>
                  </w:tcMar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DejaVu Sans" w:hAnsi="DejaVu Sans" w:eastAsia="DejaVu Sans"/>
                      <w:b w:val="0"/>
                      <w:i w:val="0"/>
                      <w:caps w:val="0"/>
                      <w:color w:val="8E7440"/>
                      <w:sz w:val="20"/>
                    </w:rPr>
                    <w:t xml:space="preserve">☐ </w:t>
                  </w:r>
                  <w:r>
                    <w:rPr>
                      <w:rFonts w:ascii="Inter" w:hAnsi="Inter" w:eastAsia="Inter"/>
                      <w:b w:val="0"/>
                      <w:i w:val="0"/>
                      <w:caps w:val="0"/>
                      <w:color w:val="25282D"/>
                      <w:sz w:val="17"/>
                    </w:rPr>
                    <w:t>Autre</w:t>
                  </w:r>
                </w:p>
              </w:tc>
            </w:tr>
          </w:tbl>
          <w:p/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95"/>
        <w:gridCol w:w="9496"/>
      </w:tblGrid>
      <w:tr>
        <w:tc>
          <w:tcPr>
            <w:tcW w:type="dxa" w:w="5103"/>
            <w:shd w:fill="B79A5B"/>
            <w:tcMar>
              <w:top w:w="95" w:type="dxa"/>
              <w:start w:w="60" w:type="dxa"/>
              <w:bottom w:w="95" w:type="dxa"/>
              <w:end w:w="60" w:type="dxa"/>
            </w:tcMar>
          </w:tcPr>
          <w:p>
            <w:pPr>
              <w:jc w:val="center"/>
            </w:pPr>
            <w:r>
              <w:rPr>
                <w:rFonts w:ascii="EB Garamond" w:hAnsi="EB Garamond" w:eastAsia="EB Garamond"/>
                <w:b/>
                <w:i w:val="0"/>
                <w:caps w:val="0"/>
                <w:color w:val="1B1E22"/>
                <w:sz w:val="28"/>
              </w:rPr>
              <w:t>D</w:t>
            </w:r>
          </w:p>
        </w:tc>
        <w:tc>
          <w:tcPr>
            <w:tcW w:type="dxa" w:w="5103"/>
            <w:shd w:fill="1B1E22"/>
            <w:tcMar>
              <w:top w:w="95" w:type="dxa"/>
              <w:start w:w="150" w:type="dxa"/>
              <w:bottom w:w="95" w:type="dxa"/>
              <w:end w:w="150" w:type="dxa"/>
            </w:tcMar>
          </w:tcPr>
          <w:p>
            <w:r>
              <w:rPr>
                <w:rFonts w:ascii="Inter" w:hAnsi="Inter" w:eastAsia="Inter"/>
                <w:b/>
                <w:i w:val="0"/>
                <w:caps/>
                <w:color w:val="FFFFFF"/>
                <w:sz w:val="21"/>
              </w:rPr>
              <w:t>Correction demandée</w:t>
            </w: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206"/>
      </w:tblGrid>
      <w:tr>
        <w:tc>
          <w:tcPr>
            <w:tcW w:type="dxa" w:w="10206"/>
            <w:shd w:fill="FBF9F4"/>
            <w:tcMar>
              <w:top w:w="110" w:type="dxa"/>
              <w:start w:w="140" w:type="dxa"/>
              <w:bottom w:w="110" w:type="dxa"/>
              <w:end w:w="140" w:type="dxa"/>
            </w:tcMar>
            <w:tcBorders>
              <w:top w:val="single" w:sz="5" w:color="D8D1C4"/>
              <w:left w:val="single" w:sz="5" w:color="D8D1C4"/>
              <w:bottom w:val="single" w:sz="5" w:color="D8D1C4"/>
              <w:right w:val="single" w:sz="5" w:color="D8D1C4"/>
            </w:tcBorders>
          </w:tcPr>
          <w:p>
            <w:pPr>
              <w:spacing w:before="0" w:after="60" w:line="240" w:lineRule="auto"/>
            </w:pPr>
            <w:r>
              <w:rPr>
                <w:rFonts w:ascii="Inter" w:hAnsi="Inter" w:eastAsia="Inter"/>
                <w:b/>
                <w:i w:val="0"/>
                <w:caps/>
                <w:color w:val="8E7440"/>
                <w:sz w:val="15"/>
              </w:rPr>
              <w:t>Texte actuellement publié</w:t>
            </w:r>
          </w:p>
          <w:p>
            <w:pPr>
              <w:spacing w:before="0" w:after="0" w:line="240" w:lineRule="auto"/>
            </w:pPr>
            <w:r>
              <w:rPr>
                <w:rFonts w:ascii="Inter" w:hAnsi="Inter" w:eastAsia="Inter"/>
                <w:b w:val="0"/>
                <w:i/>
                <w:caps w:val="0"/>
                <w:color w:val="9A9A96"/>
                <w:sz w:val="17"/>
              </w:rPr>
              <w:t>À compléter</w:t>
            </w:r>
          </w:p>
          <w:p>
            <w:pPr>
              <w:spacing w:after="0"/>
            </w:pPr>
          </w:p>
          <w:p>
            <w:pPr>
              <w:spacing w:after="0"/>
            </w:pPr>
          </w:p>
          <w:p>
            <w:pPr>
              <w:spacing w:after="0"/>
            </w:pPr>
          </w:p>
          <w:p>
            <w:pPr>
              <w:spacing w:after="0"/>
            </w:pP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206"/>
      </w:tblGrid>
      <w:tr>
        <w:tc>
          <w:tcPr>
            <w:tcW w:type="dxa" w:w="10206"/>
            <w:shd w:fill="FBF9F4"/>
            <w:tcMar>
              <w:top w:w="110" w:type="dxa"/>
              <w:start w:w="140" w:type="dxa"/>
              <w:bottom w:w="110" w:type="dxa"/>
              <w:end w:w="140" w:type="dxa"/>
            </w:tcMar>
            <w:tcBorders>
              <w:top w:val="single" w:sz="5" w:color="D8D1C4"/>
              <w:left w:val="single" w:sz="5" w:color="D8D1C4"/>
              <w:bottom w:val="single" w:sz="5" w:color="D8D1C4"/>
              <w:right w:val="single" w:sz="5" w:color="D8D1C4"/>
            </w:tcBorders>
          </w:tcPr>
          <w:p>
            <w:pPr>
              <w:spacing w:before="0" w:after="60" w:line="240" w:lineRule="auto"/>
            </w:pPr>
            <w:r>
              <w:rPr>
                <w:rFonts w:ascii="Inter" w:hAnsi="Inter" w:eastAsia="Inter"/>
                <w:b/>
                <w:i w:val="0"/>
                <w:caps/>
                <w:color w:val="8E7440"/>
                <w:sz w:val="15"/>
              </w:rPr>
              <w:t>Correction ou reformulation proposée</w:t>
            </w:r>
          </w:p>
          <w:p>
            <w:pPr>
              <w:spacing w:before="0" w:after="0" w:line="240" w:lineRule="auto"/>
            </w:pPr>
            <w:r>
              <w:rPr>
                <w:rFonts w:ascii="Inter" w:hAnsi="Inter" w:eastAsia="Inter"/>
                <w:b w:val="0"/>
                <w:i/>
                <w:caps w:val="0"/>
                <w:color w:val="9A9A96"/>
                <w:sz w:val="17"/>
              </w:rPr>
              <w:t>À compléter</w:t>
            </w:r>
          </w:p>
          <w:p>
            <w:pPr>
              <w:spacing w:after="0"/>
            </w:pPr>
          </w:p>
          <w:p>
            <w:pPr>
              <w:spacing w:after="0"/>
            </w:pPr>
          </w:p>
          <w:p>
            <w:pPr>
              <w:spacing w:after="0"/>
            </w:pPr>
          </w:p>
          <w:p>
            <w:pPr>
              <w:spacing w:after="0"/>
            </w:pP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206"/>
      </w:tblGrid>
      <w:tr>
        <w:tc>
          <w:tcPr>
            <w:tcW w:type="dxa" w:w="10206"/>
            <w:shd w:fill="FBF9F4"/>
            <w:tcMar>
              <w:top w:w="110" w:type="dxa"/>
              <w:start w:w="140" w:type="dxa"/>
              <w:bottom w:w="110" w:type="dxa"/>
              <w:end w:w="140" w:type="dxa"/>
            </w:tcMar>
            <w:tcBorders>
              <w:top w:val="single" w:sz="5" w:color="D8D1C4"/>
              <w:left w:val="single" w:sz="5" w:color="D8D1C4"/>
              <w:bottom w:val="single" w:sz="5" w:color="D8D1C4"/>
              <w:right w:val="single" w:sz="5" w:color="D8D1C4"/>
            </w:tcBorders>
          </w:tcPr>
          <w:p>
            <w:pPr>
              <w:spacing w:before="0" w:after="60" w:line="240" w:lineRule="auto"/>
            </w:pPr>
            <w:r>
              <w:rPr>
                <w:rFonts w:ascii="Inter" w:hAnsi="Inter" w:eastAsia="Inter"/>
                <w:b/>
                <w:i w:val="0"/>
                <w:caps/>
                <w:color w:val="8E7440"/>
                <w:sz w:val="15"/>
              </w:rPr>
              <w:t>Motif précis</w:t>
            </w:r>
          </w:p>
          <w:p>
            <w:pPr>
              <w:spacing w:before="0" w:after="0" w:line="240" w:lineRule="auto"/>
            </w:pPr>
            <w:r>
              <w:rPr>
                <w:rFonts w:ascii="Inter" w:hAnsi="Inter" w:eastAsia="Inter"/>
                <w:b w:val="0"/>
                <w:i/>
                <w:caps w:val="0"/>
                <w:color w:val="9A9A96"/>
                <w:sz w:val="17"/>
              </w:rPr>
              <w:t>À compléter</w:t>
            </w:r>
          </w:p>
          <w:p>
            <w:pPr>
              <w:spacing w:after="0"/>
            </w:pPr>
          </w:p>
          <w:p>
            <w:pPr>
              <w:spacing w:after="0"/>
            </w:pPr>
          </w:p>
          <w:p>
            <w:pPr>
              <w:spacing w:after="0"/>
            </w:pP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206"/>
      </w:tblGrid>
      <w:tr>
        <w:tc>
          <w:tcPr>
            <w:tcW w:type="dxa" w:w="10206"/>
            <w:shd w:fill="FBF9F4"/>
            <w:tcMar>
              <w:top w:w="110" w:type="dxa"/>
              <w:start w:w="140" w:type="dxa"/>
              <w:bottom w:w="110" w:type="dxa"/>
              <w:end w:w="140" w:type="dxa"/>
            </w:tcMar>
            <w:tcBorders>
              <w:top w:val="single" w:sz="5" w:color="D8D1C4"/>
              <w:left w:val="single" w:sz="5" w:color="D8D1C4"/>
              <w:bottom w:val="single" w:sz="5" w:color="D8D1C4"/>
              <w:right w:val="single" w:sz="5" w:color="D8D1C4"/>
            </w:tcBorders>
          </w:tcPr>
          <w:p>
            <w:pPr>
              <w:spacing w:before="0" w:after="60" w:line="240" w:lineRule="auto"/>
            </w:pPr>
            <w:r>
              <w:rPr>
                <w:rFonts w:ascii="Inter" w:hAnsi="Inter" w:eastAsia="Inter"/>
                <w:b/>
                <w:i w:val="0"/>
                <w:caps/>
                <w:color w:val="8E7440"/>
                <w:sz w:val="15"/>
              </w:rPr>
              <w:t>Élément factuel à vérifier</w:t>
            </w:r>
          </w:p>
          <w:p>
            <w:pPr>
              <w:spacing w:before="0" w:after="0" w:line="240" w:lineRule="auto"/>
            </w:pPr>
            <w:r>
              <w:rPr>
                <w:rFonts w:ascii="Inter" w:hAnsi="Inter" w:eastAsia="Inter"/>
                <w:b w:val="0"/>
                <w:i/>
                <w:caps w:val="0"/>
                <w:color w:val="9A9A96"/>
                <w:sz w:val="17"/>
              </w:rPr>
              <w:t>À compléter</w:t>
            </w:r>
          </w:p>
          <w:p>
            <w:pPr>
              <w:spacing w:after="0"/>
            </w:pPr>
          </w:p>
          <w:p>
            <w:pPr>
              <w:spacing w:after="0"/>
            </w:pPr>
          </w:p>
        </w:tc>
      </w:tr>
    </w:tbl>
    <w:p>
      <w:r>
        <w:br w:type="page"/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95"/>
        <w:gridCol w:w="9496"/>
      </w:tblGrid>
      <w:tr>
        <w:tc>
          <w:tcPr>
            <w:tcW w:type="dxa" w:w="5103"/>
            <w:shd w:fill="B79A5B"/>
            <w:tcMar>
              <w:top w:w="95" w:type="dxa"/>
              <w:start w:w="60" w:type="dxa"/>
              <w:bottom w:w="95" w:type="dxa"/>
              <w:end w:w="60" w:type="dxa"/>
            </w:tcMar>
          </w:tcPr>
          <w:p>
            <w:pPr>
              <w:jc w:val="center"/>
            </w:pPr>
            <w:r>
              <w:rPr>
                <w:rFonts w:ascii="EB Garamond" w:hAnsi="EB Garamond" w:eastAsia="EB Garamond"/>
                <w:b/>
                <w:i w:val="0"/>
                <w:caps w:val="0"/>
                <w:color w:val="1B1E22"/>
                <w:sz w:val="28"/>
              </w:rPr>
              <w:t>E</w:t>
            </w:r>
          </w:p>
        </w:tc>
        <w:tc>
          <w:tcPr>
            <w:tcW w:type="dxa" w:w="5103"/>
            <w:shd w:fill="1B1E22"/>
            <w:tcMar>
              <w:top w:w="95" w:type="dxa"/>
              <w:start w:w="150" w:type="dxa"/>
              <w:bottom w:w="95" w:type="dxa"/>
              <w:end w:w="150" w:type="dxa"/>
            </w:tcMar>
          </w:tcPr>
          <w:p>
            <w:r>
              <w:rPr>
                <w:rFonts w:ascii="Inter" w:hAnsi="Inter" w:eastAsia="Inter"/>
                <w:b/>
                <w:i w:val="0"/>
                <w:caps/>
                <w:color w:val="FFFFFF"/>
                <w:sz w:val="21"/>
              </w:rPr>
              <w:t>Sources publiques</w:t>
            </w:r>
          </w:p>
          <w:p>
            <w:pPr>
              <w:spacing w:before="0" w:after="0" w:line="240" w:lineRule="auto"/>
            </w:pPr>
            <w:r>
              <w:rPr>
                <w:rFonts w:ascii="Inter" w:hAnsi="Inter" w:eastAsia="Inter"/>
                <w:b w:val="0"/>
                <w:i w:val="0"/>
                <w:caps w:val="0"/>
                <w:color w:val="D9D6CF"/>
                <w:sz w:val="15"/>
              </w:rPr>
              <w:t>Chaque correction doit pouvoir être reliée à un élément vérifiable.</w:t>
            </w:r>
          </w:p>
        </w:tc>
      </w:tr>
    </w:tbl>
    <w:p>
      <w:pPr>
        <w:spacing w:before="0" w:after="100" w:line="240" w:lineRule="auto"/>
      </w:pPr>
      <w:r>
        <w:rPr>
          <w:rFonts w:ascii="Inter" w:hAnsi="Inter" w:eastAsia="Inter"/>
          <w:b w:val="0"/>
          <w:i w:val="0"/>
          <w:caps w:val="0"/>
          <w:color w:val="686D73"/>
          <w:sz w:val="16"/>
        </w:rPr>
        <w:t>Indiquez des sources publiques et vérifiables. Les liens sont préférables aux captures ou aux copies de documents.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67"/>
        <w:gridCol w:w="2381"/>
        <w:gridCol w:w="1757"/>
        <w:gridCol w:w="2665"/>
        <w:gridCol w:w="2721"/>
      </w:tblGrid>
      <w:tr>
        <w:trPr>
          <w:tblHeader w:val="true"/>
        </w:trPr>
        <w:tc>
          <w:tcPr>
            <w:tcW w:type="dxa" w:w="2041"/>
            <w:shd w:fill="2A2E34"/>
            <w:tcMar>
              <w:top w:w="95" w:type="dxa"/>
              <w:start w:w="80" w:type="dxa"/>
              <w:bottom w:w="95" w:type="dxa"/>
              <w:end w:w="80" w:type="dxa"/>
            </w:tcMar>
            <w:tcBorders>
              <w:top w:val="single" w:sz="5" w:color="D8D1C4"/>
              <w:left w:val="single" w:sz="5" w:color="D8D1C4"/>
              <w:bottom w:val="single" w:sz="5" w:color="D8D1C4"/>
              <w:right w:val="single" w:sz="5" w:color="D8D1C4"/>
              <w:insideH w:val="single" w:sz="5" w:color="D8D1C4"/>
              <w:insideV w:val="single" w:sz="5" w:color="D8D1C4"/>
            </w:tcBorders>
          </w:tcPr>
          <w:p>
            <w:pPr>
              <w:jc w:val="center"/>
            </w:pPr>
            <w:r>
              <w:rPr>
                <w:rFonts w:ascii="Inter" w:hAnsi="Inter" w:eastAsia="Inter"/>
                <w:b/>
                <w:i w:val="0"/>
                <w:caps/>
                <w:color w:val="FFFFFF"/>
                <w:sz w:val="14"/>
              </w:rPr>
              <w:t>#</w:t>
            </w:r>
          </w:p>
        </w:tc>
        <w:tc>
          <w:tcPr>
            <w:tcW w:type="dxa" w:w="2041"/>
            <w:shd w:fill="2A2E34"/>
            <w:tcMar>
              <w:top w:w="95" w:type="dxa"/>
              <w:start w:w="80" w:type="dxa"/>
              <w:bottom w:w="95" w:type="dxa"/>
              <w:end w:w="80" w:type="dxa"/>
            </w:tcMar>
            <w:tcBorders>
              <w:top w:val="single" w:sz="5" w:color="D8D1C4"/>
              <w:left w:val="single" w:sz="5" w:color="D8D1C4"/>
              <w:bottom w:val="single" w:sz="5" w:color="D8D1C4"/>
              <w:right w:val="single" w:sz="5" w:color="D8D1C4"/>
              <w:insideH w:val="single" w:sz="5" w:color="D8D1C4"/>
              <w:insideV w:val="single" w:sz="5" w:color="D8D1C4"/>
            </w:tcBorders>
          </w:tcPr>
          <w:p>
            <w:pPr>
              <w:jc w:val="left"/>
            </w:pPr>
            <w:r>
              <w:rPr>
                <w:rFonts w:ascii="Inter" w:hAnsi="Inter" w:eastAsia="Inter"/>
                <w:b/>
                <w:i w:val="0"/>
                <w:caps/>
                <w:color w:val="FFFFFF"/>
                <w:sz w:val="14"/>
              </w:rPr>
              <w:t>Titre de la source</w:t>
            </w:r>
          </w:p>
        </w:tc>
        <w:tc>
          <w:tcPr>
            <w:tcW w:type="dxa" w:w="2041"/>
            <w:shd w:fill="2A2E34"/>
            <w:tcMar>
              <w:top w:w="95" w:type="dxa"/>
              <w:start w:w="80" w:type="dxa"/>
              <w:bottom w:w="95" w:type="dxa"/>
              <w:end w:w="80" w:type="dxa"/>
            </w:tcMar>
            <w:tcBorders>
              <w:top w:val="single" w:sz="5" w:color="D8D1C4"/>
              <w:left w:val="single" w:sz="5" w:color="D8D1C4"/>
              <w:bottom w:val="single" w:sz="5" w:color="D8D1C4"/>
              <w:right w:val="single" w:sz="5" w:color="D8D1C4"/>
              <w:insideH w:val="single" w:sz="5" w:color="D8D1C4"/>
              <w:insideV w:val="single" w:sz="5" w:color="D8D1C4"/>
            </w:tcBorders>
          </w:tcPr>
          <w:p>
            <w:pPr>
              <w:jc w:val="left"/>
            </w:pPr>
            <w:r>
              <w:rPr>
                <w:rFonts w:ascii="Inter" w:hAnsi="Inter" w:eastAsia="Inter"/>
                <w:b/>
                <w:i w:val="0"/>
                <w:caps/>
                <w:color w:val="FFFFFF"/>
                <w:sz w:val="14"/>
              </w:rPr>
              <w:t>Média / organisme</w:t>
            </w:r>
          </w:p>
        </w:tc>
        <w:tc>
          <w:tcPr>
            <w:tcW w:type="dxa" w:w="2041"/>
            <w:shd w:fill="2A2E34"/>
            <w:tcMar>
              <w:top w:w="95" w:type="dxa"/>
              <w:start w:w="80" w:type="dxa"/>
              <w:bottom w:w="95" w:type="dxa"/>
              <w:end w:w="80" w:type="dxa"/>
            </w:tcMar>
            <w:tcBorders>
              <w:top w:val="single" w:sz="5" w:color="D8D1C4"/>
              <w:left w:val="single" w:sz="5" w:color="D8D1C4"/>
              <w:bottom w:val="single" w:sz="5" w:color="D8D1C4"/>
              <w:right w:val="single" w:sz="5" w:color="D8D1C4"/>
              <w:insideH w:val="single" w:sz="5" w:color="D8D1C4"/>
              <w:insideV w:val="single" w:sz="5" w:color="D8D1C4"/>
            </w:tcBorders>
          </w:tcPr>
          <w:p>
            <w:pPr>
              <w:jc w:val="left"/>
            </w:pPr>
            <w:r>
              <w:rPr>
                <w:rFonts w:ascii="Inter" w:hAnsi="Inter" w:eastAsia="Inter"/>
                <w:b/>
                <w:i w:val="0"/>
                <w:caps/>
                <w:color w:val="FFFFFF"/>
                <w:sz w:val="14"/>
              </w:rPr>
              <w:t>Date et URL</w:t>
            </w:r>
          </w:p>
        </w:tc>
        <w:tc>
          <w:tcPr>
            <w:tcW w:type="dxa" w:w="2041"/>
            <w:shd w:fill="2A2E34"/>
            <w:tcMar>
              <w:top w:w="95" w:type="dxa"/>
              <w:start w:w="80" w:type="dxa"/>
              <w:bottom w:w="95" w:type="dxa"/>
              <w:end w:w="80" w:type="dxa"/>
            </w:tcMar>
            <w:tcBorders>
              <w:top w:val="single" w:sz="5" w:color="D8D1C4"/>
              <w:left w:val="single" w:sz="5" w:color="D8D1C4"/>
              <w:bottom w:val="single" w:sz="5" w:color="D8D1C4"/>
              <w:right w:val="single" w:sz="5" w:color="D8D1C4"/>
              <w:insideH w:val="single" w:sz="5" w:color="D8D1C4"/>
              <w:insideV w:val="single" w:sz="5" w:color="D8D1C4"/>
            </w:tcBorders>
          </w:tcPr>
          <w:p>
            <w:pPr>
              <w:jc w:val="left"/>
            </w:pPr>
            <w:r>
              <w:rPr>
                <w:rFonts w:ascii="Inter" w:hAnsi="Inter" w:eastAsia="Inter"/>
                <w:b/>
                <w:i w:val="0"/>
                <w:caps/>
                <w:color w:val="FFFFFF"/>
                <w:sz w:val="14"/>
              </w:rPr>
              <w:t>Élément vérifié</w:t>
            </w:r>
          </w:p>
        </w:tc>
      </w:tr>
      <w:tr>
        <w:trPr>
          <w:cantSplit/>
        </w:trPr>
        <w:tc>
          <w:tcPr>
            <w:tcW w:type="dxa" w:w="2041"/>
            <w:shd w:fill="FBF9F4"/>
            <w:tcMar>
              <w:top w:w="110" w:type="dxa"/>
              <w:start w:w="80" w:type="dxa"/>
              <w:bottom w:w="110" w:type="dxa"/>
              <w:end w:w="80" w:type="dxa"/>
            </w:tcMar>
            <w:tcBorders>
              <w:top w:val="single" w:sz="5" w:color="D8D1C4"/>
              <w:left w:val="single" w:sz="5" w:color="D8D1C4"/>
              <w:bottom w:val="single" w:sz="5" w:color="D8D1C4"/>
              <w:right w:val="single" w:sz="5" w:color="D8D1C4"/>
              <w:insideH w:val="single" w:sz="5" w:color="D8D1C4"/>
              <w:insideV w:val="single" w:sz="5" w:color="D8D1C4"/>
            </w:tcBorders>
          </w:tcPr>
          <w:p>
            <w:pPr>
              <w:jc w:val="center"/>
            </w:pPr>
            <w:r>
              <w:rPr>
                <w:rFonts w:ascii="Inter" w:hAnsi="Inter" w:eastAsia="Inter"/>
                <w:b/>
                <w:i w:val="0"/>
                <w:caps w:val="0"/>
                <w:color w:val="8E7440"/>
                <w:sz w:val="16"/>
              </w:rPr>
              <w:t>1</w:t>
            </w:r>
          </w:p>
        </w:tc>
        <w:tc>
          <w:tcPr>
            <w:tcW w:type="dxa" w:w="2041"/>
            <w:shd w:fill="FBF9F4"/>
            <w:tcMar>
              <w:top w:w="110" w:type="dxa"/>
              <w:start w:w="80" w:type="dxa"/>
              <w:bottom w:w="110" w:type="dxa"/>
              <w:end w:w="80" w:type="dxa"/>
            </w:tcMar>
            <w:tcBorders>
              <w:top w:val="single" w:sz="5" w:color="D8D1C4"/>
              <w:left w:val="single" w:sz="5" w:color="D8D1C4"/>
              <w:bottom w:val="single" w:sz="5" w:color="D8D1C4"/>
              <w:right w:val="single" w:sz="5" w:color="D8D1C4"/>
              <w:insideH w:val="single" w:sz="5" w:color="D8D1C4"/>
              <w:insideV w:val="single" w:sz="5" w:color="D8D1C4"/>
            </w:tcBorders>
          </w:tcPr>
          <w:p>
            <w:r>
              <w:rPr>
                <w:rFonts w:ascii="Inter" w:hAnsi="Inter" w:eastAsia="Inter"/>
                <w:b w:val="0"/>
                <w:i/>
                <w:caps w:val="0"/>
                <w:color w:val="9A9A96"/>
                <w:sz w:val="15"/>
              </w:rPr>
              <w:t>À compléter</w:t>
            </w:r>
          </w:p>
          <w:p/>
        </w:tc>
        <w:tc>
          <w:tcPr>
            <w:tcW w:type="dxa" w:w="2041"/>
            <w:shd w:fill="FBF9F4"/>
            <w:tcMar>
              <w:top w:w="110" w:type="dxa"/>
              <w:start w:w="80" w:type="dxa"/>
              <w:bottom w:w="110" w:type="dxa"/>
              <w:end w:w="80" w:type="dxa"/>
            </w:tcMar>
            <w:tcBorders>
              <w:top w:val="single" w:sz="5" w:color="D8D1C4"/>
              <w:left w:val="single" w:sz="5" w:color="D8D1C4"/>
              <w:bottom w:val="single" w:sz="5" w:color="D8D1C4"/>
              <w:right w:val="single" w:sz="5" w:color="D8D1C4"/>
              <w:insideH w:val="single" w:sz="5" w:color="D8D1C4"/>
              <w:insideV w:val="single" w:sz="5" w:color="D8D1C4"/>
            </w:tcBorders>
          </w:tcPr>
          <w:p>
            <w:r>
              <w:rPr>
                <w:rFonts w:ascii="Inter" w:hAnsi="Inter" w:eastAsia="Inter"/>
                <w:b w:val="0"/>
                <w:i/>
                <w:caps w:val="0"/>
                <w:color w:val="9A9A96"/>
                <w:sz w:val="15"/>
              </w:rPr>
              <w:t>À compléter</w:t>
            </w:r>
          </w:p>
          <w:p/>
        </w:tc>
        <w:tc>
          <w:tcPr>
            <w:tcW w:type="dxa" w:w="2041"/>
            <w:shd w:fill="FBF9F4"/>
            <w:tcMar>
              <w:top w:w="110" w:type="dxa"/>
              <w:start w:w="80" w:type="dxa"/>
              <w:bottom w:w="110" w:type="dxa"/>
              <w:end w:w="80" w:type="dxa"/>
            </w:tcMar>
            <w:tcBorders>
              <w:top w:val="single" w:sz="5" w:color="D8D1C4"/>
              <w:left w:val="single" w:sz="5" w:color="D8D1C4"/>
              <w:bottom w:val="single" w:sz="5" w:color="D8D1C4"/>
              <w:right w:val="single" w:sz="5" w:color="D8D1C4"/>
              <w:insideH w:val="single" w:sz="5" w:color="D8D1C4"/>
              <w:insideV w:val="single" w:sz="5" w:color="D8D1C4"/>
            </w:tcBorders>
          </w:tcPr>
          <w:p>
            <w:r>
              <w:rPr>
                <w:rFonts w:ascii="Inter" w:hAnsi="Inter" w:eastAsia="Inter"/>
                <w:b w:val="0"/>
                <w:i/>
                <w:caps w:val="0"/>
                <w:color w:val="9A9A96"/>
                <w:sz w:val="15"/>
              </w:rPr>
              <w:t>À compléter</w:t>
            </w:r>
          </w:p>
          <w:p/>
        </w:tc>
        <w:tc>
          <w:tcPr>
            <w:tcW w:type="dxa" w:w="2041"/>
            <w:shd w:fill="FBF9F4"/>
            <w:tcMar>
              <w:top w:w="110" w:type="dxa"/>
              <w:start w:w="80" w:type="dxa"/>
              <w:bottom w:w="110" w:type="dxa"/>
              <w:end w:w="80" w:type="dxa"/>
            </w:tcMar>
            <w:tcBorders>
              <w:top w:val="single" w:sz="5" w:color="D8D1C4"/>
              <w:left w:val="single" w:sz="5" w:color="D8D1C4"/>
              <w:bottom w:val="single" w:sz="5" w:color="D8D1C4"/>
              <w:right w:val="single" w:sz="5" w:color="D8D1C4"/>
              <w:insideH w:val="single" w:sz="5" w:color="D8D1C4"/>
              <w:insideV w:val="single" w:sz="5" w:color="D8D1C4"/>
            </w:tcBorders>
          </w:tcPr>
          <w:p>
            <w:r>
              <w:rPr>
                <w:rFonts w:ascii="Inter" w:hAnsi="Inter" w:eastAsia="Inter"/>
                <w:b w:val="0"/>
                <w:i/>
                <w:caps w:val="0"/>
                <w:color w:val="9A9A96"/>
                <w:sz w:val="15"/>
              </w:rPr>
              <w:t>À compléter</w:t>
            </w:r>
          </w:p>
          <w:p/>
        </w:tc>
      </w:tr>
      <w:tr>
        <w:trPr>
          <w:cantSplit/>
        </w:trPr>
        <w:tc>
          <w:tcPr>
            <w:tcW w:type="dxa" w:w="2041"/>
            <w:shd w:fill="F2EEE6"/>
            <w:tcMar>
              <w:top w:w="110" w:type="dxa"/>
              <w:start w:w="80" w:type="dxa"/>
              <w:bottom w:w="110" w:type="dxa"/>
              <w:end w:w="80" w:type="dxa"/>
            </w:tcMar>
            <w:tcBorders>
              <w:top w:val="single" w:sz="5" w:color="D8D1C4"/>
              <w:left w:val="single" w:sz="5" w:color="D8D1C4"/>
              <w:bottom w:val="single" w:sz="5" w:color="D8D1C4"/>
              <w:right w:val="single" w:sz="5" w:color="D8D1C4"/>
              <w:insideH w:val="single" w:sz="5" w:color="D8D1C4"/>
              <w:insideV w:val="single" w:sz="5" w:color="D8D1C4"/>
            </w:tcBorders>
          </w:tcPr>
          <w:p>
            <w:pPr>
              <w:jc w:val="center"/>
            </w:pPr>
            <w:r>
              <w:rPr>
                <w:rFonts w:ascii="Inter" w:hAnsi="Inter" w:eastAsia="Inter"/>
                <w:b/>
                <w:i w:val="0"/>
                <w:caps w:val="0"/>
                <w:color w:val="8E7440"/>
                <w:sz w:val="16"/>
              </w:rPr>
              <w:t>2</w:t>
            </w:r>
          </w:p>
        </w:tc>
        <w:tc>
          <w:tcPr>
            <w:tcW w:type="dxa" w:w="2041"/>
            <w:shd w:fill="F2EEE6"/>
            <w:tcMar>
              <w:top w:w="110" w:type="dxa"/>
              <w:start w:w="80" w:type="dxa"/>
              <w:bottom w:w="110" w:type="dxa"/>
              <w:end w:w="80" w:type="dxa"/>
            </w:tcMar>
            <w:tcBorders>
              <w:top w:val="single" w:sz="5" w:color="D8D1C4"/>
              <w:left w:val="single" w:sz="5" w:color="D8D1C4"/>
              <w:bottom w:val="single" w:sz="5" w:color="D8D1C4"/>
              <w:right w:val="single" w:sz="5" w:color="D8D1C4"/>
              <w:insideH w:val="single" w:sz="5" w:color="D8D1C4"/>
              <w:insideV w:val="single" w:sz="5" w:color="D8D1C4"/>
            </w:tcBorders>
          </w:tcPr>
          <w:p>
            <w:r>
              <w:rPr>
                <w:rFonts w:ascii="Inter" w:hAnsi="Inter" w:eastAsia="Inter"/>
                <w:b w:val="0"/>
                <w:i/>
                <w:caps w:val="0"/>
                <w:color w:val="9A9A96"/>
                <w:sz w:val="15"/>
              </w:rPr>
              <w:t>À compléter</w:t>
            </w:r>
          </w:p>
          <w:p/>
        </w:tc>
        <w:tc>
          <w:tcPr>
            <w:tcW w:type="dxa" w:w="2041"/>
            <w:shd w:fill="F2EEE6"/>
            <w:tcMar>
              <w:top w:w="110" w:type="dxa"/>
              <w:start w:w="80" w:type="dxa"/>
              <w:bottom w:w="110" w:type="dxa"/>
              <w:end w:w="80" w:type="dxa"/>
            </w:tcMar>
            <w:tcBorders>
              <w:top w:val="single" w:sz="5" w:color="D8D1C4"/>
              <w:left w:val="single" w:sz="5" w:color="D8D1C4"/>
              <w:bottom w:val="single" w:sz="5" w:color="D8D1C4"/>
              <w:right w:val="single" w:sz="5" w:color="D8D1C4"/>
              <w:insideH w:val="single" w:sz="5" w:color="D8D1C4"/>
              <w:insideV w:val="single" w:sz="5" w:color="D8D1C4"/>
            </w:tcBorders>
          </w:tcPr>
          <w:p>
            <w:r>
              <w:rPr>
                <w:rFonts w:ascii="Inter" w:hAnsi="Inter" w:eastAsia="Inter"/>
                <w:b w:val="0"/>
                <w:i/>
                <w:caps w:val="0"/>
                <w:color w:val="9A9A96"/>
                <w:sz w:val="15"/>
              </w:rPr>
              <w:t>À compléter</w:t>
            </w:r>
          </w:p>
          <w:p/>
        </w:tc>
        <w:tc>
          <w:tcPr>
            <w:tcW w:type="dxa" w:w="2041"/>
            <w:shd w:fill="F2EEE6"/>
            <w:tcMar>
              <w:top w:w="110" w:type="dxa"/>
              <w:start w:w="80" w:type="dxa"/>
              <w:bottom w:w="110" w:type="dxa"/>
              <w:end w:w="80" w:type="dxa"/>
            </w:tcMar>
            <w:tcBorders>
              <w:top w:val="single" w:sz="5" w:color="D8D1C4"/>
              <w:left w:val="single" w:sz="5" w:color="D8D1C4"/>
              <w:bottom w:val="single" w:sz="5" w:color="D8D1C4"/>
              <w:right w:val="single" w:sz="5" w:color="D8D1C4"/>
              <w:insideH w:val="single" w:sz="5" w:color="D8D1C4"/>
              <w:insideV w:val="single" w:sz="5" w:color="D8D1C4"/>
            </w:tcBorders>
          </w:tcPr>
          <w:p>
            <w:r>
              <w:rPr>
                <w:rFonts w:ascii="Inter" w:hAnsi="Inter" w:eastAsia="Inter"/>
                <w:b w:val="0"/>
                <w:i/>
                <w:caps w:val="0"/>
                <w:color w:val="9A9A96"/>
                <w:sz w:val="15"/>
              </w:rPr>
              <w:t>À compléter</w:t>
            </w:r>
          </w:p>
          <w:p/>
        </w:tc>
        <w:tc>
          <w:tcPr>
            <w:tcW w:type="dxa" w:w="2041"/>
            <w:shd w:fill="F2EEE6"/>
            <w:tcMar>
              <w:top w:w="110" w:type="dxa"/>
              <w:start w:w="80" w:type="dxa"/>
              <w:bottom w:w="110" w:type="dxa"/>
              <w:end w:w="80" w:type="dxa"/>
            </w:tcMar>
            <w:tcBorders>
              <w:top w:val="single" w:sz="5" w:color="D8D1C4"/>
              <w:left w:val="single" w:sz="5" w:color="D8D1C4"/>
              <w:bottom w:val="single" w:sz="5" w:color="D8D1C4"/>
              <w:right w:val="single" w:sz="5" w:color="D8D1C4"/>
              <w:insideH w:val="single" w:sz="5" w:color="D8D1C4"/>
              <w:insideV w:val="single" w:sz="5" w:color="D8D1C4"/>
            </w:tcBorders>
          </w:tcPr>
          <w:p>
            <w:r>
              <w:rPr>
                <w:rFonts w:ascii="Inter" w:hAnsi="Inter" w:eastAsia="Inter"/>
                <w:b w:val="0"/>
                <w:i/>
                <w:caps w:val="0"/>
                <w:color w:val="9A9A96"/>
                <w:sz w:val="15"/>
              </w:rPr>
              <w:t>À compléter</w:t>
            </w:r>
          </w:p>
          <w:p/>
        </w:tc>
      </w:tr>
      <w:tr>
        <w:trPr>
          <w:cantSplit/>
        </w:trPr>
        <w:tc>
          <w:tcPr>
            <w:tcW w:type="dxa" w:w="2041"/>
            <w:shd w:fill="FBF9F4"/>
            <w:tcMar>
              <w:top w:w="110" w:type="dxa"/>
              <w:start w:w="80" w:type="dxa"/>
              <w:bottom w:w="110" w:type="dxa"/>
              <w:end w:w="80" w:type="dxa"/>
            </w:tcMar>
            <w:tcBorders>
              <w:top w:val="single" w:sz="5" w:color="D8D1C4"/>
              <w:left w:val="single" w:sz="5" w:color="D8D1C4"/>
              <w:bottom w:val="single" w:sz="5" w:color="D8D1C4"/>
              <w:right w:val="single" w:sz="5" w:color="D8D1C4"/>
              <w:insideH w:val="single" w:sz="5" w:color="D8D1C4"/>
              <w:insideV w:val="single" w:sz="5" w:color="D8D1C4"/>
            </w:tcBorders>
          </w:tcPr>
          <w:p>
            <w:pPr>
              <w:jc w:val="center"/>
            </w:pPr>
            <w:r>
              <w:rPr>
                <w:rFonts w:ascii="Inter" w:hAnsi="Inter" w:eastAsia="Inter"/>
                <w:b/>
                <w:i w:val="0"/>
                <w:caps w:val="0"/>
                <w:color w:val="8E7440"/>
                <w:sz w:val="16"/>
              </w:rPr>
              <w:t>3</w:t>
            </w:r>
          </w:p>
        </w:tc>
        <w:tc>
          <w:tcPr>
            <w:tcW w:type="dxa" w:w="2041"/>
            <w:shd w:fill="FBF9F4"/>
            <w:tcMar>
              <w:top w:w="110" w:type="dxa"/>
              <w:start w:w="80" w:type="dxa"/>
              <w:bottom w:w="110" w:type="dxa"/>
              <w:end w:w="80" w:type="dxa"/>
            </w:tcMar>
            <w:tcBorders>
              <w:top w:val="single" w:sz="5" w:color="D8D1C4"/>
              <w:left w:val="single" w:sz="5" w:color="D8D1C4"/>
              <w:bottom w:val="single" w:sz="5" w:color="D8D1C4"/>
              <w:right w:val="single" w:sz="5" w:color="D8D1C4"/>
              <w:insideH w:val="single" w:sz="5" w:color="D8D1C4"/>
              <w:insideV w:val="single" w:sz="5" w:color="D8D1C4"/>
            </w:tcBorders>
          </w:tcPr>
          <w:p>
            <w:r>
              <w:rPr>
                <w:rFonts w:ascii="Inter" w:hAnsi="Inter" w:eastAsia="Inter"/>
                <w:b w:val="0"/>
                <w:i/>
                <w:caps w:val="0"/>
                <w:color w:val="9A9A96"/>
                <w:sz w:val="15"/>
              </w:rPr>
              <w:t>À compléter</w:t>
            </w:r>
          </w:p>
          <w:p/>
        </w:tc>
        <w:tc>
          <w:tcPr>
            <w:tcW w:type="dxa" w:w="2041"/>
            <w:shd w:fill="FBF9F4"/>
            <w:tcMar>
              <w:top w:w="110" w:type="dxa"/>
              <w:start w:w="80" w:type="dxa"/>
              <w:bottom w:w="110" w:type="dxa"/>
              <w:end w:w="80" w:type="dxa"/>
            </w:tcMar>
            <w:tcBorders>
              <w:top w:val="single" w:sz="5" w:color="D8D1C4"/>
              <w:left w:val="single" w:sz="5" w:color="D8D1C4"/>
              <w:bottom w:val="single" w:sz="5" w:color="D8D1C4"/>
              <w:right w:val="single" w:sz="5" w:color="D8D1C4"/>
              <w:insideH w:val="single" w:sz="5" w:color="D8D1C4"/>
              <w:insideV w:val="single" w:sz="5" w:color="D8D1C4"/>
            </w:tcBorders>
          </w:tcPr>
          <w:p>
            <w:r>
              <w:rPr>
                <w:rFonts w:ascii="Inter" w:hAnsi="Inter" w:eastAsia="Inter"/>
                <w:b w:val="0"/>
                <w:i/>
                <w:caps w:val="0"/>
                <w:color w:val="9A9A96"/>
                <w:sz w:val="15"/>
              </w:rPr>
              <w:t>À compléter</w:t>
            </w:r>
          </w:p>
          <w:p/>
        </w:tc>
        <w:tc>
          <w:tcPr>
            <w:tcW w:type="dxa" w:w="2041"/>
            <w:shd w:fill="FBF9F4"/>
            <w:tcMar>
              <w:top w:w="110" w:type="dxa"/>
              <w:start w:w="80" w:type="dxa"/>
              <w:bottom w:w="110" w:type="dxa"/>
              <w:end w:w="80" w:type="dxa"/>
            </w:tcMar>
            <w:tcBorders>
              <w:top w:val="single" w:sz="5" w:color="D8D1C4"/>
              <w:left w:val="single" w:sz="5" w:color="D8D1C4"/>
              <w:bottom w:val="single" w:sz="5" w:color="D8D1C4"/>
              <w:right w:val="single" w:sz="5" w:color="D8D1C4"/>
              <w:insideH w:val="single" w:sz="5" w:color="D8D1C4"/>
              <w:insideV w:val="single" w:sz="5" w:color="D8D1C4"/>
            </w:tcBorders>
          </w:tcPr>
          <w:p>
            <w:r>
              <w:rPr>
                <w:rFonts w:ascii="Inter" w:hAnsi="Inter" w:eastAsia="Inter"/>
                <w:b w:val="0"/>
                <w:i/>
                <w:caps w:val="0"/>
                <w:color w:val="9A9A96"/>
                <w:sz w:val="15"/>
              </w:rPr>
              <w:t>À compléter</w:t>
            </w:r>
          </w:p>
          <w:p/>
        </w:tc>
        <w:tc>
          <w:tcPr>
            <w:tcW w:type="dxa" w:w="2041"/>
            <w:shd w:fill="FBF9F4"/>
            <w:tcMar>
              <w:top w:w="110" w:type="dxa"/>
              <w:start w:w="80" w:type="dxa"/>
              <w:bottom w:w="110" w:type="dxa"/>
              <w:end w:w="80" w:type="dxa"/>
            </w:tcMar>
            <w:tcBorders>
              <w:top w:val="single" w:sz="5" w:color="D8D1C4"/>
              <w:left w:val="single" w:sz="5" w:color="D8D1C4"/>
              <w:bottom w:val="single" w:sz="5" w:color="D8D1C4"/>
              <w:right w:val="single" w:sz="5" w:color="D8D1C4"/>
              <w:insideH w:val="single" w:sz="5" w:color="D8D1C4"/>
              <w:insideV w:val="single" w:sz="5" w:color="D8D1C4"/>
            </w:tcBorders>
          </w:tcPr>
          <w:p>
            <w:r>
              <w:rPr>
                <w:rFonts w:ascii="Inter" w:hAnsi="Inter" w:eastAsia="Inter"/>
                <w:b w:val="0"/>
                <w:i/>
                <w:caps w:val="0"/>
                <w:color w:val="9A9A96"/>
                <w:sz w:val="15"/>
              </w:rPr>
              <w:t>À compléter</w:t>
            </w:r>
          </w:p>
          <w:p/>
        </w:tc>
      </w:tr>
    </w:tbl>
    <w:p/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95"/>
        <w:gridCol w:w="9496"/>
      </w:tblGrid>
      <w:tr>
        <w:tc>
          <w:tcPr>
            <w:tcW w:type="dxa" w:w="5103"/>
            <w:shd w:fill="B79A5B"/>
            <w:tcMar>
              <w:top w:w="95" w:type="dxa"/>
              <w:start w:w="60" w:type="dxa"/>
              <w:bottom w:w="95" w:type="dxa"/>
              <w:end w:w="60" w:type="dxa"/>
            </w:tcMar>
          </w:tcPr>
          <w:p>
            <w:pPr>
              <w:jc w:val="center"/>
            </w:pPr>
            <w:r>
              <w:rPr>
                <w:rFonts w:ascii="EB Garamond" w:hAnsi="EB Garamond" w:eastAsia="EB Garamond"/>
                <w:b/>
                <w:i w:val="0"/>
                <w:caps w:val="0"/>
                <w:color w:val="1B1E22"/>
                <w:sz w:val="28"/>
              </w:rPr>
              <w:t>F</w:t>
            </w:r>
          </w:p>
        </w:tc>
        <w:tc>
          <w:tcPr>
            <w:tcW w:type="dxa" w:w="5103"/>
            <w:shd w:fill="1B1E22"/>
            <w:tcMar>
              <w:top w:w="95" w:type="dxa"/>
              <w:start w:w="150" w:type="dxa"/>
              <w:bottom w:w="95" w:type="dxa"/>
              <w:end w:w="150" w:type="dxa"/>
            </w:tcMar>
          </w:tcPr>
          <w:p>
            <w:r>
              <w:rPr>
                <w:rFonts w:ascii="Inter" w:hAnsi="Inter" w:eastAsia="Inter"/>
                <w:b/>
                <w:i w:val="0"/>
                <w:caps/>
                <w:color w:val="FFFFFF"/>
                <w:sz w:val="21"/>
              </w:rPr>
              <w:t>Confirmations obligatoires</w:t>
            </w: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206"/>
      </w:tblGrid>
      <w:tr>
        <w:tc>
          <w:tcPr>
            <w:tcW w:type="dxa" w:w="10206"/>
            <w:shd w:fill="F4EEDC"/>
            <w:tcMar>
              <w:top w:w="130" w:type="dxa"/>
              <w:start w:w="160" w:type="dxa"/>
              <w:bottom w:w="130" w:type="dxa"/>
              <w:end w:w="160" w:type="dxa"/>
            </w:tcMar>
            <w:tcBorders>
              <w:top w:val="single" w:sz="7" w:color="B79A5B"/>
              <w:left w:val="single" w:sz="7" w:color="B79A5B"/>
              <w:bottom w:val="single" w:sz="7" w:color="B79A5B"/>
              <w:right w:val="single" w:sz="7" w:color="B79A5B"/>
            </w:tcBorders>
          </w:tcPr>
          <w:p>
            <w:pPr>
              <w:spacing w:before="0" w:after="100" w:line="240" w:lineRule="auto"/>
            </w:pPr>
            <w:r>
              <w:rPr>
                <w:rFonts w:ascii="Inter" w:hAnsi="Inter" w:eastAsia="Inter"/>
                <w:b/>
                <w:i w:val="0"/>
                <w:caps/>
                <w:color w:val="1B1E22"/>
                <w:sz w:val="16"/>
              </w:rPr>
              <w:t>CONFIRMATIONS OBLIGATOIRES</w:t>
            </w:r>
          </w:p>
          <w:p>
            <w:pPr>
              <w:spacing w:before="0" w:after="60" w:line="252" w:lineRule="auto"/>
            </w:pPr>
            <w:r>
              <w:rPr>
                <w:rFonts w:ascii="DejaVu Sans" w:hAnsi="DejaVu Sans" w:eastAsia="DejaVu Sans"/>
                <w:b w:val="0"/>
                <w:i w:val="0"/>
                <w:caps w:val="0"/>
                <w:color w:val="8E7440"/>
                <w:sz w:val="20"/>
              </w:rPr>
              <w:t xml:space="preserve">☐ </w:t>
            </w:r>
            <w:r>
              <w:rPr>
                <w:rFonts w:ascii="Inter" w:hAnsi="Inter" w:eastAsia="Inter"/>
                <w:b w:val="0"/>
                <w:i w:val="0"/>
                <w:caps w:val="0"/>
                <w:color w:val="25282D"/>
                <w:sz w:val="17"/>
              </w:rPr>
              <w:t>Je confirme que ma demande repose sur des éléments vérifiables.</w:t>
            </w:r>
          </w:p>
          <w:p>
            <w:pPr>
              <w:spacing w:before="0" w:after="60" w:line="252" w:lineRule="auto"/>
            </w:pPr>
            <w:r>
              <w:rPr>
                <w:rFonts w:ascii="DejaVu Sans" w:hAnsi="DejaVu Sans" w:eastAsia="DejaVu Sans"/>
                <w:b w:val="0"/>
                <w:i w:val="0"/>
                <w:caps w:val="0"/>
                <w:color w:val="8E7440"/>
                <w:sz w:val="20"/>
              </w:rPr>
              <w:t xml:space="preserve">☐ </w:t>
            </w:r>
            <w:r>
              <w:rPr>
                <w:rFonts w:ascii="Inter" w:hAnsi="Inter" w:eastAsia="Inter"/>
                <w:b w:val="0"/>
                <w:i w:val="0"/>
                <w:caps w:val="0"/>
                <w:color w:val="25282D"/>
                <w:sz w:val="17"/>
              </w:rPr>
              <w:t>Je comprends que la demande sera examinée avant toute modification.</w:t>
            </w:r>
          </w:p>
          <w:p>
            <w:pPr>
              <w:spacing w:before="0" w:after="60" w:line="252" w:lineRule="auto"/>
            </w:pPr>
            <w:r>
              <w:rPr>
                <w:rFonts w:ascii="DejaVu Sans" w:hAnsi="DejaVu Sans" w:eastAsia="DejaVu Sans"/>
                <w:b w:val="0"/>
                <w:i w:val="0"/>
                <w:caps w:val="0"/>
                <w:color w:val="8E7440"/>
                <w:sz w:val="20"/>
              </w:rPr>
              <w:t xml:space="preserve">☐ </w:t>
            </w:r>
            <w:r>
              <w:rPr>
                <w:rFonts w:ascii="Inter" w:hAnsi="Inter" w:eastAsia="Inter"/>
                <w:b w:val="0"/>
                <w:i w:val="0"/>
                <w:caps w:val="0"/>
                <w:color w:val="25282D"/>
                <w:sz w:val="17"/>
              </w:rPr>
              <w:t>Je comprends qu'une demande ne provoque pas automatiquement la suppression du contenu.</w:t>
            </w:r>
          </w:p>
          <w:p>
            <w:pPr>
              <w:spacing w:before="0" w:after="60" w:line="252" w:lineRule="auto"/>
            </w:pPr>
            <w:r>
              <w:rPr>
                <w:rFonts w:ascii="DejaVu Sans" w:hAnsi="DejaVu Sans" w:eastAsia="DejaVu Sans"/>
                <w:b w:val="0"/>
                <w:i w:val="0"/>
                <w:caps w:val="0"/>
                <w:color w:val="8E7440"/>
                <w:sz w:val="20"/>
              </w:rPr>
              <w:t xml:space="preserve">☐ </w:t>
            </w:r>
            <w:r>
              <w:rPr>
                <w:rFonts w:ascii="Inter" w:hAnsi="Inter" w:eastAsia="Inter"/>
                <w:b w:val="0"/>
                <w:i w:val="0"/>
                <w:caps w:val="0"/>
                <w:color w:val="25282D"/>
                <w:sz w:val="17"/>
              </w:rPr>
              <w:t>Je confirme ne pas transmettre d'information confidentielle liée aux faits.</w:t>
            </w:r>
          </w:p>
          <w:p>
            <w:pPr>
              <w:spacing w:before="0" w:after="60" w:line="252" w:lineRule="auto"/>
            </w:pPr>
            <w:r>
              <w:rPr>
                <w:rFonts w:ascii="DejaVu Sans" w:hAnsi="DejaVu Sans" w:eastAsia="DejaVu Sans"/>
                <w:b w:val="0"/>
                <w:i w:val="0"/>
                <w:caps w:val="0"/>
                <w:color w:val="8E7440"/>
                <w:sz w:val="20"/>
              </w:rPr>
              <w:t xml:space="preserve">☐ </w:t>
            </w:r>
            <w:r>
              <w:rPr>
                <w:rFonts w:ascii="Inter" w:hAnsi="Inter" w:eastAsia="Inter"/>
                <w:b w:val="0"/>
                <w:i w:val="0"/>
                <w:caps w:val="0"/>
                <w:color w:val="25282D"/>
                <w:sz w:val="17"/>
              </w:rPr>
              <w:t>Je comprends que toute information destinée aux autorités doit leur être transmise directement.</w:t>
            </w:r>
          </w:p>
        </w:tc>
      </w:tr>
    </w:tbl>
    <w:p/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6576"/>
        <w:gridCol w:w="3515"/>
      </w:tblGrid>
      <w:tr>
        <w:tc>
          <w:tcPr>
            <w:tcW w:type="dxa" w:w="5103"/>
            <w:shd w:fill="1B1E22"/>
            <w:tcMar>
              <w:top w:w="160" w:type="dxa"/>
              <w:start w:w="190" w:type="dxa"/>
              <w:bottom w:w="160" w:type="dxa"/>
              <w:end w:w="190" w:type="dxa"/>
            </w:tcMar>
          </w:tcPr>
          <w:p>
            <w:r>
              <w:rPr>
                <w:rFonts w:ascii="Inter" w:hAnsi="Inter" w:eastAsia="Inter"/>
                <w:b/>
                <w:i w:val="0"/>
                <w:caps/>
                <w:color w:val="B79A5B"/>
                <w:sz w:val="16"/>
              </w:rPr>
              <w:t>ENVOYER LA FICHE</w:t>
            </w:r>
          </w:p>
          <w:p>
            <w:pPr>
              <w:spacing w:before="0" w:after="60" w:line="240" w:lineRule="auto"/>
            </w:pPr>
            <w:r>
              <w:rPr>
                <w:rFonts w:ascii="Inter" w:hAnsi="Inter" w:eastAsia="Inter"/>
                <w:b/>
                <w:i w:val="0"/>
                <w:caps w:val="0"/>
                <w:color w:val="B79A5B"/>
                <w:sz w:val="16"/>
              </w:rPr>
              <w:t xml:space="preserve">01  </w:t>
            </w:r>
            <w:r>
              <w:rPr>
                <w:rFonts w:ascii="Inter" w:hAnsi="Inter" w:eastAsia="Inter"/>
                <w:b w:val="0"/>
                <w:i w:val="0"/>
                <w:caps w:val="0"/>
                <w:color w:val="FFFFFF"/>
                <w:sz w:val="17"/>
              </w:rPr>
              <w:t>Enregistrez le document complété.</w:t>
            </w:r>
          </w:p>
          <w:p>
            <w:pPr>
              <w:spacing w:before="0" w:after="60" w:line="240" w:lineRule="auto"/>
            </w:pPr>
            <w:r>
              <w:rPr>
                <w:rFonts w:ascii="Inter" w:hAnsi="Inter" w:eastAsia="Inter"/>
                <w:b/>
                <w:i w:val="0"/>
                <w:caps w:val="0"/>
                <w:color w:val="B79A5B"/>
                <w:sz w:val="16"/>
              </w:rPr>
              <w:t xml:space="preserve">02  </w:t>
            </w:r>
            <w:r>
              <w:rPr>
                <w:rFonts w:ascii="Inter" w:hAnsi="Inter" w:eastAsia="Inter"/>
                <w:b w:val="0"/>
                <w:i w:val="0"/>
                <w:caps w:val="0"/>
                <w:color w:val="FFFFFF"/>
                <w:sz w:val="17"/>
              </w:rPr>
              <w:t>Ajoutez-le manuellement en pièce jointe.</w:t>
            </w:r>
          </w:p>
          <w:p>
            <w:pPr>
              <w:spacing w:before="0" w:after="60" w:line="240" w:lineRule="auto"/>
            </w:pPr>
            <w:r>
              <w:rPr>
                <w:rFonts w:ascii="Inter" w:hAnsi="Inter" w:eastAsia="Inter"/>
                <w:b/>
                <w:i w:val="0"/>
                <w:caps w:val="0"/>
                <w:color w:val="B79A5B"/>
                <w:sz w:val="16"/>
              </w:rPr>
              <w:t xml:space="preserve">03  </w:t>
            </w:r>
            <w:r>
              <w:rPr>
                <w:rFonts w:ascii="Inter" w:hAnsi="Inter" w:eastAsia="Inter"/>
                <w:b w:val="0"/>
                <w:i w:val="0"/>
                <w:caps w:val="0"/>
                <w:color w:val="FFFFFF"/>
                <w:sz w:val="17"/>
              </w:rPr>
              <w:t>Envoyez-le à contact_memoire974@proton.me.</w:t>
            </w:r>
          </w:p>
          <w:p>
            <w:pPr>
              <w:spacing w:before="0" w:after="60" w:line="240" w:lineRule="auto"/>
            </w:pPr>
            <w:r>
              <w:rPr>
                <w:rFonts w:ascii="Inter" w:hAnsi="Inter" w:eastAsia="Inter"/>
                <w:b/>
                <w:i w:val="0"/>
                <w:caps w:val="0"/>
                <w:color w:val="B79A5B"/>
                <w:sz w:val="16"/>
              </w:rPr>
              <w:t xml:space="preserve">04  </w:t>
            </w:r>
            <w:r>
              <w:rPr>
                <w:rFonts w:ascii="Inter" w:hAnsi="Inter" w:eastAsia="Inter"/>
                <w:b w:val="0"/>
                <w:i w:val="0"/>
                <w:caps w:val="0"/>
                <w:color w:val="FFFFFF"/>
                <w:sz w:val="17"/>
              </w:rPr>
              <w:t>Objet conseillé : Demande de correction - Alain Mounoussamy</w:t>
            </w:r>
          </w:p>
        </w:tc>
        <w:tc>
          <w:tcPr>
            <w:tcW w:type="dxa" w:w="5103"/>
            <w:shd w:fill="B79A5B"/>
            <w:tcMar>
              <w:top w:w="160" w:type="dxa"/>
              <w:start w:w="150" w:type="dxa"/>
              <w:bottom w:w="160" w:type="dxa"/>
              <w:end w:w="150" w:type="dxa"/>
            </w:tcMar>
          </w:tcPr>
          <w:p>
            <w:pPr>
              <w:jc w:val="center"/>
            </w:pPr>
            <w:r>
              <w:rPr>
                <w:rFonts w:ascii="Inter" w:hAnsi="Inter" w:eastAsia="Inter"/>
                <w:b/>
                <w:i w:val="0"/>
                <w:caps/>
                <w:color w:val="1B1E22"/>
                <w:sz w:val="15"/>
              </w:rPr>
              <w:t>ADRESSE ÉDITORIALE</w:t>
            </w:r>
          </w:p>
          <w:p>
            <w:pPr>
              <w:spacing w:before="160" w:after="40" w:line="240" w:lineRule="auto"/>
              <w:jc w:val="center"/>
            </w:pPr>
            <w:r>
              <w:rPr>
                <w:rFonts w:ascii="Inter" w:hAnsi="Inter" w:eastAsia="Inter"/>
                <w:b/>
                <w:i w:val="0"/>
                <w:caps w:val="0"/>
                <w:color w:val="1B1E22"/>
                <w:sz w:val="18"/>
              </w:rPr>
              <w:t>contact_memoire974@proton.me</w:t>
            </w:r>
          </w:p>
          <w:p>
            <w:pPr>
              <w:jc w:val="center"/>
            </w:pPr>
            <w:r>
              <w:rPr>
                <w:rFonts w:ascii="Inter" w:hAnsi="Inter" w:eastAsia="Inter"/>
                <w:b w:val="0"/>
                <w:i w:val="0"/>
                <w:caps w:val="0"/>
                <w:color w:val="1B1E22"/>
                <w:sz w:val="15"/>
              </w:rPr>
              <w:t>Aucune pièce jointe ne peut être ajoutée automatiquement par le site.</w:t>
            </w:r>
          </w:p>
        </w:tc>
      </w:tr>
    </w:tbl>
    <w:p>
      <w:pPr>
        <w:spacing w:before="120" w:after="0" w:line="240" w:lineRule="auto"/>
        <w:jc w:val="center"/>
      </w:pPr>
      <w:r>
        <w:rPr>
          <w:rFonts w:ascii="Inter" w:hAnsi="Inter" w:eastAsia="Inter"/>
          <w:b w:val="0"/>
          <w:i/>
          <w:caps w:val="0"/>
          <w:color w:val="686D73"/>
          <w:sz w:val="15"/>
        </w:rPr>
        <w:t>Le téléchargement de cette fiche ne transmet aucune information à Mémoire 974. L'envoi est effectué volontairement depuis votre propre messagerie.</w:t>
      </w:r>
    </w:p>
    <w:sectPr w:rsidR="00FC693F" w:rsidRPr="0006063C" w:rsidSect="00034616">
      <w:headerReference w:type="default" r:id="rId9"/>
      <w:footerReference w:type="default" r:id="rId10"/>
      <w:pgSz w:w="11906" w:h="16838"/>
      <w:pgMar w:top="879" w:right="850" w:bottom="879" w:left="850" w:header="312" w:footer="312" w:gutter="0"/>
      <w:cols w:space="720"/>
      <w:docGrid w:linePitch="360"/>
      <w:pgBorders w:offsetFrom="page">
        <w:top w:val="single" w:sz="12" w:space="20" w:color="1B1E22"/>
        <w:left w:val="single" w:sz="12" w:space="20" w:color="1B1E22"/>
        <w:bottom w:val="single" w:sz="12" w:space="20" w:color="1B1E22"/>
        <w:right w:val="single" w:sz="12" w:space="20" w:color="1B1E22"/>
      </w:pgBorder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  <w:tbl>
    <w:tblPr>
      <w:tblW w:type="auto" w:w="0"/>
      <w:jc w:val="center"/>
      <w:tblLayout w:type="fixed"/>
      <w:tblLook w:firstColumn="1" w:firstRow="1" w:lastColumn="0" w:lastRow="0" w:noHBand="0" w:noVBand="1" w:val="04A0"/>
    </w:tblPr>
    <w:tblGrid>
      <w:gridCol w:w="7200"/>
      <w:gridCol w:w="3005"/>
    </w:tblGrid>
    <w:tr>
      <w:tc>
        <w:tcPr>
          <w:tcW w:type="dxa" w:w="5102"/>
          <w:tcMar>
            <w:top w:w="50" w:type="dxa"/>
            <w:start w:w="0" w:type="dxa"/>
            <w:bottom w:w="20" w:type="dxa"/>
            <w:end w:w="0" w:type="dxa"/>
          </w:tcMar>
          <w:tcBorders>
            <w:top w:val="single" w:sz="8" w:color="B79A5B"/>
          </w:tcBorders>
        </w:tcPr>
        <w:p>
          <w:pPr>
            <w:jc w:val="left"/>
          </w:pPr>
          <w:r>
            <w:rPr>
              <w:rFonts w:ascii="Inter" w:hAnsi="Inter" w:eastAsia="Inter"/>
              <w:b/>
              <w:i w:val="0"/>
              <w:caps/>
              <w:color w:val="686D73"/>
              <w:sz w:val="15"/>
            </w:rPr>
            <w:t>MÉMOIRE 974  •  DOCUMENT ÉDITORIAL  •  contact_memoire974@proton.me</w:t>
          </w:r>
        </w:p>
      </w:tc>
      <w:tc>
        <w:tcPr>
          <w:tcW w:type="dxa" w:w="5102"/>
          <w:tcMar>
            <w:top w:w="50" w:type="dxa"/>
            <w:start w:w="0" w:type="dxa"/>
            <w:bottom w:w="20" w:type="dxa"/>
            <w:end w:w="0" w:type="dxa"/>
          </w:tcMar>
          <w:tcBorders>
            <w:top w:val="single" w:sz="8" w:color="B79A5B"/>
          </w:tcBorders>
        </w:tcPr>
        <w:p>
          <w:pPr>
            <w:jc w:val="right"/>
          </w:pPr>
          <w:r>
            <w:rPr>
              <w:rFonts w:ascii="Inter" w:hAnsi="Inter" w:eastAsia="Inter"/>
              <w:b/>
              <w:i w:val="0"/>
              <w:caps w:val="0"/>
              <w:color w:val="686D73"/>
              <w:sz w:val="15"/>
            </w:rPr>
            <w:t xml:space="preserve">PAGE </w:t>
          </w:r>
          <w:r>
            <w:rPr>
              <w:rFonts w:ascii="Inter" w:hAnsi="Inter" w:eastAsia="Inter"/>
              <w:b w:val="0"/>
              <w:i w:val="0"/>
              <w:caps w:val="0"/>
              <w:color w:val="686D73"/>
              <w:sz w:val="15"/>
            </w:rPr>
            <w:fldChar w:fldCharType="begin"/>
            <w:instrText xml:space="preserve">PAGE</w:instrText>
            <w:fldChar w:fldCharType="end"/>
          </w:r>
          <w:r>
            <w:rPr>
              <w:rFonts w:ascii="Inter" w:hAnsi="Inter" w:eastAsia="Inter"/>
              <w:b w:val="0"/>
              <w:i w:val="0"/>
              <w:caps w:val="0"/>
              <w:color w:val="686D73"/>
              <w:sz w:val="15"/>
            </w:rPr>
            <w:t xml:space="preserve"> / </w:t>
          </w:r>
          <w:r>
            <w:rPr>
              <w:rFonts w:ascii="Inter" w:hAnsi="Inter" w:eastAsia="Inter"/>
              <w:b w:val="0"/>
              <w:i w:val="0"/>
              <w:caps w:val="0"/>
              <w:color w:val="686D73"/>
              <w:sz w:val="15"/>
            </w:rPr>
            <w:fldChar w:fldCharType="begin"/>
            <w:instrText xml:space="preserve">NUMPAGES</w:instrText>
            <w:fldChar w:fldCharType="end"/>
          </w:r>
        </w:p>
      </w:tc>
    </w:tr>
  </w:tbl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  <w:tbl>
    <w:tblPr>
      <w:tblW w:type="auto" w:w="0"/>
      <w:jc w:val="center"/>
      <w:tblLayout w:type="fixed"/>
      <w:tblLook w:firstColumn="1" w:firstRow="1" w:lastColumn="0" w:lastRow="0" w:noHBand="0" w:noVBand="1" w:val="04A0"/>
    </w:tblPr>
    <w:tblGrid>
      <w:gridCol w:w="6236"/>
      <w:gridCol w:w="3969"/>
    </w:tblGrid>
    <w:tr>
      <w:tc>
        <w:tcPr>
          <w:tcW w:type="dxa" w:w="5102"/>
          <w:tcMar>
            <w:top w:w="20" w:type="dxa"/>
            <w:start w:w="0" w:type="dxa"/>
            <w:bottom w:w="35" w:type="dxa"/>
            <w:end w:w="0" w:type="dxa"/>
          </w:tcMar>
          <w:tcBorders>
            <w:bottom w:val="single" w:sz="8" w:color="B79A5B"/>
          </w:tcBorders>
        </w:tcPr>
        <w:p>
          <w:r>
            <w:rPr>
              <w:rFonts w:ascii="EB Garamond" w:hAnsi="EB Garamond" w:eastAsia="EB Garamond"/>
              <w:b/>
              <w:i w:val="0"/>
              <w:caps w:val="0"/>
              <w:color w:val="1B1E22"/>
              <w:sz w:val="27"/>
            </w:rPr>
            <w:t>MÉMOIRE 974</w:t>
          </w:r>
        </w:p>
      </w:tc>
      <w:tc>
        <w:tcPr>
          <w:tcW w:type="dxa" w:w="5102"/>
          <w:tcMar>
            <w:top w:w="20" w:type="dxa"/>
            <w:start w:w="0" w:type="dxa"/>
            <w:bottom w:w="35" w:type="dxa"/>
            <w:end w:w="0" w:type="dxa"/>
          </w:tcMar>
          <w:tcBorders>
            <w:bottom w:val="single" w:sz="8" w:color="B79A5B"/>
          </w:tcBorders>
        </w:tcPr>
        <w:p>
          <w:pPr>
            <w:jc w:val="right"/>
          </w:pPr>
          <w:r>
            <w:rPr>
              <w:rFonts w:ascii="Inter" w:hAnsi="Inter" w:eastAsia="Inter"/>
              <w:b/>
              <w:i w:val="0"/>
              <w:caps/>
              <w:color w:val="8E7440"/>
              <w:sz w:val="15"/>
            </w:rPr>
            <w:t>FICHE ÉDITORIALE  •  V1.1</w:t>
          </w:r>
        </w:p>
      </w:tc>
    </w:tr>
  </w:tbl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80" w:line="269" w:lineRule="auto"/>
    </w:pPr>
    <w:rPr>
      <w:rFonts w:ascii="Inter" w:hAnsi="Inter" w:eastAsia="Inter"/>
      <w:color w:val="25282D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Inter" w:hAnsi="Inter" w:eastAsia="Inter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Inter" w:hAnsi="Inter" w:eastAsia="Inter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Inter" w:hAnsi="Inter" w:eastAsia="Inter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